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ans CJK SC" w:hAnsi="Noto Sans CJK SC" w:eastAsia="Noto Sans CJK SC" w:cs="Noto Sans CJK SC"/>
          <w:b/>
          <w:i w:val="0"/>
          <w:color w:val="000000"/>
          <w:sz w:val="42"/>
        </w:rPr>
        <w:t>春晖家长学校录音逐字稿</w:t>
      </w:r>
    </w:p>
    <w:p>
      <w:pPr>
        <w:pStyle w:val="Subtitle"/>
      </w:pPr>
      <w:r>
        <w:rPr>
          <w:rFonts w:ascii="Noto Sans CJK SC" w:hAnsi="Noto Sans CJK SC" w:eastAsia="Noto Sans CJK SC" w:cs="Noto Sans CJK SC"/>
          <w:b w:val="0"/>
          <w:i w:val="0"/>
          <w:color w:val="000000"/>
          <w:sz w:val="24"/>
        </w:rPr>
        <w:t>小学生家庭教育的重要性 科学性和艺术性</w:t>
      </w:r>
    </w:p>
    <w:p>
      <w:pPr>
        <w:pStyle w:val="Metadata"/>
      </w:pPr>
      <w:r>
        <w:rPr>
          <w:rFonts w:ascii="Noto Sans CJK SC" w:hAnsi="Noto Sans CJK SC" w:eastAsia="Noto Sans CJK SC" w:cs="Noto Sans CJK SC"/>
          <w:b/>
          <w:i w:val="0"/>
          <w:color w:val="000000"/>
          <w:sz w:val="20"/>
        </w:rPr>
        <w:t xml:space="preserve">录音日期  </w:t>
      </w:r>
      <w:r>
        <w:rPr>
          <w:rFonts w:ascii="Noto Sans CJK SC" w:hAnsi="Noto Sans CJK SC" w:eastAsia="Noto Sans CJK SC" w:cs="Noto Sans CJK SC"/>
          <w:b w:val="0"/>
          <w:i w:val="0"/>
          <w:color w:val="000000"/>
          <w:sz w:val="20"/>
        </w:rPr>
        <w:t>2026年10月21日（据文件名）</w:t>
      </w:r>
    </w:p>
    <w:p>
      <w:pPr>
        <w:pStyle w:val="Metadata"/>
      </w:pPr>
      <w:r>
        <w:rPr>
          <w:rFonts w:ascii="Noto Sans CJK SC" w:hAnsi="Noto Sans CJK SC" w:eastAsia="Noto Sans CJK SC" w:cs="Noto Sans CJK SC"/>
          <w:b/>
          <w:i w:val="0"/>
          <w:color w:val="000000"/>
          <w:sz w:val="20"/>
        </w:rPr>
        <w:t xml:space="preserve">录音时长  </w:t>
      </w:r>
      <w:r>
        <w:rPr>
          <w:rFonts w:ascii="Noto Sans CJK SC" w:hAnsi="Noto Sans CJK SC" w:eastAsia="Noto Sans CJK SC" w:cs="Noto Sans CJK SC"/>
          <w:b w:val="0"/>
          <w:i w:val="0"/>
          <w:color w:val="000000"/>
          <w:sz w:val="20"/>
        </w:rPr>
        <w:t>1小时54分41秒</w:t>
      </w:r>
    </w:p>
    <w:p>
      <w:pPr>
        <w:pStyle w:val="Metadata"/>
      </w:pPr>
      <w:r>
        <w:rPr>
          <w:rFonts w:ascii="Noto Sans CJK SC" w:hAnsi="Noto Sans CJK SC" w:eastAsia="Noto Sans CJK SC" w:cs="Noto Sans CJK SC"/>
          <w:b/>
          <w:i w:val="0"/>
          <w:color w:val="000000"/>
          <w:sz w:val="20"/>
        </w:rPr>
        <w:t xml:space="preserve">来源  </w:t>
      </w:r>
      <w:r>
        <w:rPr>
          <w:rFonts w:ascii="Noto Sans CJK SC" w:hAnsi="Noto Sans CJK SC" w:eastAsia="Noto Sans CJK SC" w:cs="Noto Sans CJK SC"/>
          <w:b w:val="0"/>
          <w:i w:val="0"/>
          <w:color w:val="000000"/>
          <w:sz w:val="20"/>
        </w:rPr>
        <w:t>用户提供的《春晖家长学校 2026 1021.m4a》</w:t>
      </w:r>
    </w:p>
    <w:p>
      <w:pPr>
        <w:pStyle w:val="Metadata"/>
      </w:pPr>
      <w:r>
        <w:rPr>
          <w:rFonts w:ascii="Noto Sans CJK SC" w:hAnsi="Noto Sans CJK SC" w:eastAsia="Noto Sans CJK SC" w:cs="Noto Sans CJK SC"/>
          <w:b/>
          <w:i w:val="0"/>
          <w:color w:val="000000"/>
          <w:sz w:val="20"/>
        </w:rPr>
        <w:t xml:space="preserve">主讲与主持  </w:t>
      </w:r>
      <w:r>
        <w:rPr>
          <w:rFonts w:ascii="Noto Sans CJK SC" w:hAnsi="Noto Sans CJK SC" w:eastAsia="Noto Sans CJK SC" w:cs="Noto Sans CJK SC"/>
          <w:b w:val="0"/>
          <w:i w:val="0"/>
          <w:color w:val="000000"/>
          <w:sz w:val="20"/>
        </w:rPr>
        <w:t>主讲为杨老师，主持为陈老师；姓名汉字按可辨读音标注待核。</w:t>
      </w:r>
    </w:p>
    <w:p>
      <w:pPr>
        <w:spacing w:before="160"/>
      </w:pPr>
      <w:r>
        <w:rPr>
          <w:rFonts w:ascii="Noto Sans CJK SC" w:hAnsi="Noto Sans CJK SC" w:eastAsia="Noto Sans CJK SC" w:cs="Noto Sans CJK SC"/>
          <w:b w:val="0"/>
          <w:i w:val="0"/>
          <w:color w:val="000000"/>
        </w:rPr>
        <w:t>时间戳从录音起点计算。正文保留可识别的原有语序、口语和重复，标点与分段为整理加入。稿件经过两套语音识别结果的文本对照校订，尚未经过人工逐字听审。〔 〕内为整理标记；姓名用字、模糊语句及视频英语未能确认处保留待核。现场应答交叠处不作无法核实的逐句说话人归属。</w:t>
      </w:r>
    </w:p>
    <w:p>
      <w:pPr>
        <w:pStyle w:val="Heading1"/>
      </w:pPr>
      <w:r>
        <w:rPr>
          <w:rFonts w:ascii="Noto Sans CJK SC" w:hAnsi="Noto Sans CJK SC" w:eastAsia="Noto Sans CJK SC" w:cs="Noto Sans CJK SC"/>
          <w:b/>
          <w:i w:val="0"/>
          <w:color w:val="000000"/>
        </w:rPr>
        <w:t>开场与主持介绍</w:t>
      </w:r>
    </w:p>
    <w:p>
      <w:pPr>
        <w:pStyle w:val="Transcript"/>
      </w:pPr>
      <w:r>
        <w:rPr>
          <w:rFonts w:ascii="Noto Sans CJK SC" w:hAnsi="Noto Sans CJK SC" w:eastAsia="Noto Sans CJK SC" w:cs="Noto Sans CJK SC"/>
          <w:b/>
          <w:i w:val="0"/>
          <w:color w:val="000000"/>
        </w:rPr>
        <w:t xml:space="preserve">[00:00:00]  </w:t>
      </w:r>
      <w:r>
        <w:rPr>
          <w:rFonts w:ascii="Noto Sans CJK SC" w:hAnsi="Noto Sans CJK SC" w:eastAsia="Noto Sans CJK SC" w:cs="Noto Sans CJK SC"/>
          <w:b w:val="0"/>
          <w:i w:val="0"/>
          <w:color w:val="000000"/>
        </w:rPr>
        <w:t>今天晚上有没有给你们的孩子做好榜样？大家看一下啊，我们待会儿在开始之后，我们会拍摄现场的照片，发到我们一年级的班主任群，告诉各个班主任老师坐在前排的家长，明天他的孩子在教室里面单独表扬啊，单独表扬。所以呢在7点钟之前，尽量往前面坐，要知道我旁边的这位老师。</w:t>
      </w:r>
    </w:p>
    <w:p>
      <w:pPr>
        <w:pStyle w:val="Transcript"/>
      </w:pPr>
      <w:r>
        <w:rPr>
          <w:rFonts w:ascii="Noto Sans CJK SC" w:hAnsi="Noto Sans CJK SC" w:eastAsia="Noto Sans CJK SC" w:cs="Noto Sans CJK SC"/>
          <w:b/>
          <w:i w:val="0"/>
          <w:color w:val="000000"/>
        </w:rPr>
        <w:t xml:space="preserve">[00:00:24]  </w:t>
      </w:r>
      <w:r>
        <w:rPr>
          <w:rFonts w:ascii="Noto Sans CJK SC" w:hAnsi="Noto Sans CJK SC" w:eastAsia="Noto Sans CJK SC" w:cs="Noto Sans CJK SC"/>
          <w:b w:val="0"/>
          <w:i w:val="0"/>
          <w:color w:val="000000"/>
        </w:rPr>
        <w:t>是我们学校最资深的优秀班主任，也是我们学校最权威的语文老师、语文教研组长这么好的学习机会，大家赶紧离杨老师近一点啊，离杨〔后续称呼听辨不清〕近一点，不要再躲在后面，待会儿我们要去赶人了啊。</w:t>
      </w:r>
    </w:p>
    <w:p>
      <w:pPr>
        <w:pStyle w:val="Transcript"/>
      </w:pPr>
      <w:r>
        <w:rPr>
          <w:rFonts w:ascii="Noto Sans CJK SC" w:hAnsi="Noto Sans CJK SC" w:eastAsia="Noto Sans CJK SC" w:cs="Noto Sans CJK SC"/>
          <w:b/>
          <w:i w:val="0"/>
          <w:color w:val="000000"/>
        </w:rPr>
        <w:t xml:space="preserve">[00:00:40]  </w:t>
      </w:r>
      <w:r>
        <w:rPr>
          <w:rFonts w:ascii="Noto Sans CJK SC" w:hAnsi="Noto Sans CJK SC" w:eastAsia="Noto Sans CJK SC" w:cs="Noto Sans CJK SC"/>
          <w:b w:val="0"/>
          <w:i w:val="0"/>
          <w:color w:val="000000"/>
        </w:rPr>
        <w:t>快点，待会儿开始之后，我们就要开始拍照了，告诉班主任老师，今天你们班哪个家长是坐靠前的，往中间坐的，哪些家长是坐在后面的？好，往中间坐一点啊，家长们我们马上就要开始活动了。哎，对，很棒啊。看看第一排刚才哪个勇士往第一排坐离我们杨老师近一点，近距离接触啊。对。</w:t>
      </w:r>
    </w:p>
    <w:p>
      <w:pPr>
        <w:pStyle w:val="Transcript"/>
      </w:pPr>
      <w:r>
        <w:rPr>
          <w:rFonts w:ascii="Noto Sans CJK SC" w:hAnsi="Noto Sans CJK SC" w:eastAsia="Noto Sans CJK SC" w:cs="Noto Sans CJK SC"/>
          <w:b/>
          <w:i w:val="0"/>
          <w:color w:val="000000"/>
        </w:rPr>
        <w:t xml:space="preserve">[00:01:04]  </w:t>
      </w:r>
      <w:r>
        <w:rPr>
          <w:rFonts w:ascii="Noto Sans CJK SC" w:hAnsi="Noto Sans CJK SC" w:eastAsia="Noto Sans CJK SC" w:cs="Noto Sans CJK SC"/>
          <w:b w:val="0"/>
          <w:i w:val="0"/>
          <w:color w:val="000000"/>
        </w:rPr>
        <w:t>哎，非常棒，我看看有没有第一位勇士坐在第一排好，你你是哪个班的家长？一二班，你的孩子叫什么名字？我待会告诉方老师，你是哪个班的家长。</w:t>
      </w:r>
    </w:p>
    <w:p>
      <w:pPr>
        <w:pStyle w:val="Transcript"/>
      </w:pPr>
      <w:r>
        <w:rPr>
          <w:rFonts w:ascii="Noto Sans CJK SC" w:hAnsi="Noto Sans CJK SC" w:eastAsia="Noto Sans CJK SC" w:cs="Noto Sans CJK SC"/>
          <w:b/>
          <w:i w:val="0"/>
          <w:color w:val="000000"/>
        </w:rPr>
        <w:t xml:space="preserve">[00:01:21]  </w:t>
      </w:r>
      <w:r>
        <w:rPr>
          <w:rFonts w:ascii="Noto Sans CJK SC" w:hAnsi="Noto Sans CJK SC" w:eastAsia="Noto Sans CJK SC" w:cs="Noto Sans CJK SC"/>
          <w:b w:val="0"/>
          <w:i w:val="0"/>
          <w:color w:val="000000"/>
        </w:rPr>
        <w:t>嗯看。</w:t>
      </w:r>
    </w:p>
    <w:p>
      <w:pPr>
        <w:pStyle w:val="Transcript"/>
      </w:pPr>
      <w:r>
        <w:rPr>
          <w:rFonts w:ascii="Noto Sans CJK SC" w:hAnsi="Noto Sans CJK SC" w:eastAsia="Noto Sans CJK SC" w:cs="Noto Sans CJK SC"/>
          <w:b/>
          <w:i w:val="0"/>
          <w:color w:val="000000"/>
        </w:rPr>
        <w:t xml:space="preserve">[00:01:21]  </w:t>
      </w:r>
      <w:r>
        <w:rPr>
          <w:rFonts w:ascii="Noto Sans CJK SC" w:hAnsi="Noto Sans CJK SC" w:eastAsia="Noto Sans CJK SC" w:cs="Noto Sans CJK SC"/>
          <w:b w:val="0"/>
          <w:i w:val="0"/>
          <w:color w:val="000000"/>
        </w:rPr>
        <w:t>〔现场简短互动，班级等词语未能完整辨清〕</w:t>
      </w:r>
    </w:p>
    <w:p>
      <w:pPr>
        <w:pStyle w:val="Transcript"/>
      </w:pPr>
      <w:r>
        <w:rPr>
          <w:rFonts w:ascii="Noto Sans CJK SC" w:hAnsi="Noto Sans CJK SC" w:eastAsia="Noto Sans CJK SC" w:cs="Noto Sans CJK SC"/>
          <w:b/>
          <w:i w:val="0"/>
          <w:color w:val="000000"/>
        </w:rPr>
        <w:t xml:space="preserve">[00:01:24]  </w:t>
      </w:r>
      <w:r>
        <w:rPr>
          <w:rFonts w:ascii="Noto Sans CJK SC" w:hAnsi="Noto Sans CJK SC" w:eastAsia="Noto Sans CJK SC" w:cs="Noto Sans CJK SC"/>
          <w:b w:val="0"/>
          <w:i w:val="0"/>
          <w:color w:val="000000"/>
        </w:rPr>
        <w:t>好的好的，目前一二班一四班比较多，还有没有赶快点哦，还有一一班很好，我们待会拍照啊，现场就发到那个年呃班主任群里面去。坐在后面的家长还有没有往前的，速度快一点啊？好，那我们准备开始了。</w:t>
      </w:r>
    </w:p>
    <w:p>
      <w:pPr>
        <w:pStyle w:val="Transcript"/>
      </w:pPr>
      <w:r>
        <w:rPr>
          <w:rFonts w:ascii="Noto Sans CJK SC" w:hAnsi="Noto Sans CJK SC" w:eastAsia="Noto Sans CJK SC" w:cs="Noto Sans CJK SC"/>
          <w:b/>
          <w:i w:val="0"/>
          <w:color w:val="000000"/>
        </w:rPr>
        <w:t xml:space="preserve">[00:01:41]  </w:t>
      </w:r>
      <w:r>
        <w:rPr>
          <w:rFonts w:ascii="Noto Sans CJK SC" w:hAnsi="Noto Sans CJK SC" w:eastAsia="Noto Sans CJK SC" w:cs="Noto Sans CJK SC"/>
          <w:b w:val="0"/>
          <w:i w:val="0"/>
          <w:color w:val="000000"/>
        </w:rPr>
        <w:t>〔现场声音，未辨认出清晰连续话语〕</w:t>
      </w:r>
    </w:p>
    <w:p>
      <w:pPr>
        <w:pStyle w:val="Transcript"/>
      </w:pPr>
      <w:r>
        <w:rPr>
          <w:rFonts w:ascii="Noto Sans CJK SC" w:hAnsi="Noto Sans CJK SC" w:eastAsia="Noto Sans CJK SC" w:cs="Noto Sans CJK SC"/>
          <w:b/>
          <w:i w:val="0"/>
          <w:color w:val="000000"/>
        </w:rPr>
        <w:t xml:space="preserve">[00:01:48]  </w:t>
      </w:r>
      <w:r>
        <w:rPr>
          <w:rFonts w:ascii="Noto Sans CJK SC" w:hAnsi="Noto Sans CJK SC" w:eastAsia="Noto Sans CJK SC" w:cs="Noto Sans CJK SC"/>
          <w:b w:val="0"/>
          <w:i w:val="0"/>
          <w:color w:val="000000"/>
        </w:rPr>
        <w:t>好，尊敬的各位家长，大家晚上好。在这金秋送爽，硕果累累的季节，我们再一次相聚在了福田区春晖家长学校的温暖殿堂。共同探索家庭教育的真谛与奥秘。我是今天的主持人，香港中文大学（深圳）附属彩田学校。</w:t>
      </w:r>
    </w:p>
    <w:p>
      <w:pPr>
        <w:pStyle w:val="Transcript"/>
      </w:pPr>
      <w:r>
        <w:rPr>
          <w:rFonts w:ascii="Noto Sans CJK SC" w:hAnsi="Noto Sans CJK SC" w:eastAsia="Noto Sans CJK SC" w:cs="Noto Sans CJK SC"/>
          <w:b/>
          <w:i w:val="0"/>
          <w:color w:val="000000"/>
        </w:rPr>
        <w:t xml:space="preserve">[00:02:13]  </w:t>
      </w:r>
      <w:r>
        <w:rPr>
          <w:rFonts w:ascii="Noto Sans CJK SC" w:hAnsi="Noto Sans CJK SC" w:eastAsia="Noto Sans CJK SC" w:cs="Noto Sans CJK SC"/>
          <w:b w:val="0"/>
          <w:i w:val="0"/>
          <w:color w:val="000000"/>
        </w:rPr>
        <w:t>第一学部的陈老师非常荣幸能够为大家介绍我们学校的资深教师代表杨凡〔姓名用字待核〕老师，大家掌声。</w:t>
      </w:r>
    </w:p>
    <w:p>
      <w:pPr>
        <w:pStyle w:val="Transcript"/>
      </w:pPr>
      <w:r>
        <w:rPr>
          <w:rFonts w:ascii="Noto Sans CJK SC" w:hAnsi="Noto Sans CJK SC" w:eastAsia="Noto Sans CJK SC" w:cs="Noto Sans CJK SC"/>
          <w:b/>
          <w:i w:val="0"/>
          <w:color w:val="000000"/>
        </w:rPr>
        <w:t xml:space="preserve">[00:02:24]  </w:t>
      </w:r>
      <w:r>
        <w:rPr>
          <w:rFonts w:ascii="Noto Sans CJK SC" w:hAnsi="Noto Sans CJK SC" w:eastAsia="Noto Sans CJK SC" w:cs="Noto Sans CJK SC"/>
          <w:b w:val="0"/>
          <w:i w:val="0"/>
          <w:color w:val="000000"/>
        </w:rPr>
        <w:t>〔现场场控用语，未能完整辨清〕</w:t>
      </w:r>
    </w:p>
    <w:p>
      <w:pPr>
        <w:pStyle w:val="Transcript"/>
      </w:pPr>
      <w:r>
        <w:rPr>
          <w:rFonts w:ascii="Noto Sans CJK SC" w:hAnsi="Noto Sans CJK SC" w:eastAsia="Noto Sans CJK SC" w:cs="Noto Sans CJK SC"/>
          <w:b/>
          <w:i w:val="0"/>
          <w:color w:val="000000"/>
        </w:rPr>
        <w:t xml:space="preserve">[00:02:28]  </w:t>
      </w:r>
      <w:r>
        <w:rPr>
          <w:rFonts w:ascii="Noto Sans CJK SC" w:hAnsi="Noto Sans CJK SC" w:eastAsia="Noto Sans CJK SC" w:cs="Noto Sans CJK SC"/>
          <w:b w:val="0"/>
          <w:i w:val="0"/>
          <w:color w:val="000000"/>
        </w:rPr>
        <w:t>旁边站一点，大家可以看一下杨老师的简历啊。杨凡〔姓名用字待核〕老师，副高级职称，香港中文大学（深圳）附属彩田学校中小学高级教师、福田区春晖家长学校资深讲师、福田区优秀教研组长、福田区优秀班主任。</w:t>
      </w:r>
    </w:p>
    <w:p>
      <w:pPr>
        <w:pStyle w:val="Transcript"/>
      </w:pPr>
      <w:r>
        <w:rPr>
          <w:rFonts w:ascii="Noto Sans CJK SC" w:hAnsi="Noto Sans CJK SC" w:eastAsia="Noto Sans CJK SC" w:cs="Noto Sans CJK SC"/>
          <w:b/>
          <w:i w:val="0"/>
          <w:color w:val="000000"/>
        </w:rPr>
        <w:t xml:space="preserve">[00:02:51]  </w:t>
      </w:r>
      <w:r>
        <w:rPr>
          <w:rFonts w:ascii="Noto Sans CJK SC" w:hAnsi="Noto Sans CJK SC" w:eastAsia="Noto Sans CJK SC" w:cs="Noto Sans CJK SC"/>
          <w:b w:val="0"/>
          <w:i w:val="0"/>
          <w:color w:val="000000"/>
        </w:rPr>
        <w:t>主持参与多项区级课题，曾任福田区小学语文命题组成员，多次参加市区级优质课大赛论文比赛并获奖。</w:t>
      </w:r>
    </w:p>
    <w:p>
      <w:pPr>
        <w:pStyle w:val="Transcript"/>
      </w:pPr>
      <w:r>
        <w:rPr>
          <w:rFonts w:ascii="Noto Sans CJK SC" w:hAnsi="Noto Sans CJK SC" w:eastAsia="Noto Sans CJK SC" w:cs="Noto Sans CJK SC"/>
          <w:b/>
          <w:i w:val="0"/>
          <w:color w:val="000000"/>
        </w:rPr>
        <w:t xml:space="preserve">[00:03:05]  </w:t>
      </w:r>
      <w:r>
        <w:rPr>
          <w:rFonts w:ascii="Noto Sans CJK SC" w:hAnsi="Noto Sans CJK SC" w:eastAsia="Noto Sans CJK SC" w:cs="Noto Sans CJK SC"/>
          <w:b w:val="0"/>
          <w:i w:val="0"/>
          <w:color w:val="000000"/>
        </w:rPr>
        <w:t>他以深厚的教学功底、无私的爱心、无尽的耐心和超凡的智慧，在教育的田野上默默耕耘，为无数学子播撒知识的种子，为众多家庭点亮教育的明灯。那么今天呢杨老师将为我们带来一场别开生面的。</w:t>
      </w:r>
    </w:p>
    <w:p>
      <w:pPr>
        <w:pStyle w:val="Transcript"/>
      </w:pPr>
      <w:r>
        <w:rPr>
          <w:rFonts w:ascii="Noto Sans CJK SC" w:hAnsi="Noto Sans CJK SC" w:eastAsia="Noto Sans CJK SC" w:cs="Noto Sans CJK SC"/>
          <w:b/>
          <w:i w:val="0"/>
          <w:color w:val="000000"/>
        </w:rPr>
        <w:t xml:space="preserve">[00:03:28]  </w:t>
      </w:r>
      <w:r>
        <w:rPr>
          <w:rFonts w:ascii="Noto Sans CJK SC" w:hAnsi="Noto Sans CJK SC" w:eastAsia="Noto Sans CJK SC" w:cs="Noto Sans CJK SC"/>
          <w:b w:val="0"/>
          <w:i w:val="0"/>
          <w:color w:val="000000"/>
        </w:rPr>
        <w:t>家庭教育讲座在接下来的时间，他将从家庭教育的重要性、科学性、艺术性等多个方面为我们深入浅出的剖析家庭教育的内涵与外延。那么接下来让我们以热烈的掌声，欢迎杨老师为我们带来这场。</w:t>
      </w:r>
    </w:p>
    <w:p>
      <w:pPr>
        <w:pStyle w:val="Heading1"/>
      </w:pPr>
      <w:r>
        <w:rPr>
          <w:rFonts w:ascii="Noto Sans CJK SC" w:hAnsi="Noto Sans CJK SC" w:eastAsia="Noto Sans CJK SC" w:cs="Noto Sans CJK SC"/>
          <w:b/>
          <w:i w:val="0"/>
          <w:color w:val="000000"/>
        </w:rPr>
        <w:t>主讲开场与家庭教育主题</w:t>
      </w:r>
    </w:p>
    <w:p>
      <w:pPr>
        <w:pStyle w:val="Transcript"/>
      </w:pPr>
      <w:r>
        <w:rPr>
          <w:rFonts w:ascii="Noto Sans CJK SC" w:hAnsi="Noto Sans CJK SC" w:eastAsia="Noto Sans CJK SC" w:cs="Noto Sans CJK SC"/>
          <w:b/>
          <w:i w:val="0"/>
          <w:color w:val="000000"/>
        </w:rPr>
        <w:t xml:space="preserve">[00:03:50]  </w:t>
      </w:r>
      <w:r>
        <w:rPr>
          <w:rFonts w:ascii="Noto Sans CJK SC" w:hAnsi="Noto Sans CJK SC" w:eastAsia="Noto Sans CJK SC" w:cs="Noto Sans CJK SC"/>
          <w:b w:val="0"/>
          <w:i w:val="0"/>
          <w:color w:val="000000"/>
        </w:rPr>
        <w:t>精彩纷呈的家庭教育讲座。好，谢谢大家有请杨老师。好，各位亲爱的家长朋友，首先谢谢我们一年级非常优秀啊，非常让我觉得非常敬佩的陈阳〔姓名用字待核〕主任啊，对我的介绍。</w:t>
      </w:r>
    </w:p>
    <w:p>
      <w:pPr>
        <w:pStyle w:val="Transcript"/>
      </w:pPr>
      <w:r>
        <w:rPr>
          <w:rFonts w:ascii="Noto Sans CJK SC" w:hAnsi="Noto Sans CJK SC" w:eastAsia="Noto Sans CJK SC" w:cs="Noto Sans CJK SC"/>
          <w:b/>
          <w:i w:val="0"/>
          <w:color w:val="000000"/>
        </w:rPr>
        <w:t xml:space="preserve">[00:04:09]  </w:t>
      </w:r>
      <w:r>
        <w:rPr>
          <w:rFonts w:ascii="Noto Sans CJK SC" w:hAnsi="Noto Sans CJK SC" w:eastAsia="Noto Sans CJK SC" w:cs="Noto Sans CJK SC"/>
          <w:b w:val="0"/>
          <w:i w:val="0"/>
          <w:color w:val="000000"/>
        </w:rPr>
        <w:t>那么在呃刚才听到各位家长朋友的啊掌声啊，我感受到你们的热情，你们的善良啊。首先呢我邀请各位家长朋友呢来看这样一个视频。</w:t>
      </w:r>
    </w:p>
    <w:p>
      <w:pPr>
        <w:pStyle w:val="Transcript"/>
      </w:pPr>
      <w:r>
        <w:rPr>
          <w:rFonts w:ascii="Noto Sans CJK SC" w:hAnsi="Noto Sans CJK SC" w:eastAsia="Noto Sans CJK SC" w:cs="Noto Sans CJK SC"/>
          <w:b/>
          <w:i w:val="0"/>
          <w:color w:val="000000"/>
        </w:rPr>
        <w:t xml:space="preserve">[00:04:22]  </w:t>
      </w:r>
      <w:r>
        <w:rPr>
          <w:rFonts w:ascii="Noto Sans CJK SC" w:hAnsi="Noto Sans CJK SC" w:eastAsia="Noto Sans CJK SC" w:cs="Noto Sans CJK SC"/>
          <w:b w:val="0"/>
          <w:i w:val="0"/>
          <w:color w:val="000000"/>
        </w:rPr>
        <w:t>〔播放视频；本段英文原声未能可靠转写，保留待核〕</w:t>
      </w:r>
    </w:p>
    <w:p>
      <w:pPr>
        <w:pStyle w:val="Transcript"/>
      </w:pPr>
      <w:r>
        <w:rPr>
          <w:rFonts w:ascii="Noto Sans CJK SC" w:hAnsi="Noto Sans CJK SC" w:eastAsia="Noto Sans CJK SC" w:cs="Noto Sans CJK SC"/>
          <w:b/>
          <w:i w:val="0"/>
          <w:color w:val="000000"/>
        </w:rPr>
        <w:t xml:space="preserve">[00:04:42]  </w:t>
      </w:r>
      <w:r>
        <w:rPr>
          <w:rFonts w:ascii="Noto Sans CJK SC" w:hAnsi="Noto Sans CJK SC" w:eastAsia="Noto Sans CJK SC" w:cs="Noto Sans CJK SC"/>
          <w:b w:val="0"/>
          <w:i w:val="0"/>
          <w:color w:val="000000"/>
        </w:rPr>
        <w:t>〔视频英文片段，听辨不清〕好呃，刚才我邀请各位家长朋友看的这个视频呢，第一位出现的啊这位年轻的孩子呢啊就是我的女儿，那么啊好，这次感谢大家啊啊我的女儿呢她是彩田。</w:t>
      </w:r>
    </w:p>
    <w:p>
      <w:pPr>
        <w:pStyle w:val="Transcript"/>
      </w:pPr>
      <w:r>
        <w:rPr>
          <w:rFonts w:ascii="Noto Sans CJK SC" w:hAnsi="Noto Sans CJK SC" w:eastAsia="Noto Sans CJK SC" w:cs="Noto Sans CJK SC"/>
          <w:b/>
          <w:i w:val="0"/>
          <w:color w:val="000000"/>
        </w:rPr>
        <w:t xml:space="preserve">[00:05:08]  </w:t>
      </w:r>
      <w:r>
        <w:rPr>
          <w:rFonts w:ascii="Noto Sans CJK SC" w:hAnsi="Noto Sans CJK SC" w:eastAsia="Noto Sans CJK SC" w:cs="Noto Sans CJK SC"/>
          <w:b w:val="0"/>
          <w:i w:val="0"/>
          <w:color w:val="000000"/>
        </w:rPr>
        <w:t>彩田培育了他6年的时间。那么在7年前，以学校第二名的成绩呢考上了香港大学。</w:t>
      </w:r>
    </w:p>
    <w:p>
      <w:pPr>
        <w:pStyle w:val="Transcript"/>
      </w:pPr>
      <w:r>
        <w:rPr>
          <w:rFonts w:ascii="Noto Sans CJK SC" w:hAnsi="Noto Sans CJK SC" w:eastAsia="Noto Sans CJK SC" w:cs="Noto Sans CJK SC"/>
          <w:b/>
          <w:i w:val="0"/>
          <w:color w:val="000000"/>
        </w:rPr>
        <w:t xml:space="preserve">[00:05:21]  </w:t>
      </w:r>
      <w:r>
        <w:rPr>
          <w:rFonts w:ascii="Noto Sans CJK SC" w:hAnsi="Noto Sans CJK SC" w:eastAsia="Noto Sans CJK SC" w:cs="Noto Sans CJK SC"/>
          <w:b w:val="0"/>
          <w:i w:val="0"/>
          <w:color w:val="000000"/>
        </w:rPr>
        <w:t>呃，在去年去年呢他是香港大学的啊经管学院的啊优秀毕业生，是以3.8分的绩点获得了一级荣誉。</w:t>
      </w:r>
    </w:p>
    <w:p>
      <w:pPr>
        <w:pStyle w:val="Transcript"/>
      </w:pPr>
      <w:r>
        <w:rPr>
          <w:rFonts w:ascii="Noto Sans CJK SC" w:hAnsi="Noto Sans CJK SC" w:eastAsia="Noto Sans CJK SC" w:cs="Noto Sans CJK SC"/>
          <w:b/>
          <w:i w:val="0"/>
          <w:color w:val="000000"/>
        </w:rPr>
        <w:t xml:space="preserve">[00:05:35]  </w:t>
      </w:r>
      <w:r>
        <w:rPr>
          <w:rFonts w:ascii="Noto Sans CJK SC" w:hAnsi="Noto Sans CJK SC" w:eastAsia="Noto Sans CJK SC" w:cs="Noto Sans CJK SC"/>
          <w:b w:val="0"/>
          <w:i w:val="0"/>
          <w:color w:val="000000"/>
        </w:rPr>
        <w:t>毕业之后呢，他在他的上司说在7000人的这样一个啊筛选当中呢，进到了他理想的工作岗位，实现了他在小学阶段的梦想啊，那么在小学在彩田的日子呢啊对于他来说是他人生的基石。</w:t>
      </w:r>
    </w:p>
    <w:p>
      <w:pPr>
        <w:pStyle w:val="Transcript"/>
      </w:pPr>
      <w:r>
        <w:rPr>
          <w:rFonts w:ascii="Noto Sans CJK SC" w:hAnsi="Noto Sans CJK SC" w:eastAsia="Noto Sans CJK SC" w:cs="Noto Sans CJK SC"/>
          <w:b/>
          <w:i w:val="0"/>
          <w:color w:val="000000"/>
        </w:rPr>
        <w:t xml:space="preserve">[00:05:58]  </w:t>
      </w:r>
      <w:r>
        <w:rPr>
          <w:rFonts w:ascii="Noto Sans CJK SC" w:hAnsi="Noto Sans CJK SC" w:eastAsia="Noto Sans CJK SC" w:cs="Noto Sans CJK SC"/>
          <w:b w:val="0"/>
          <w:i w:val="0"/>
          <w:color w:val="000000"/>
        </w:rPr>
        <w:t>那么我跟在座的各位家长朋友一样啊，我呢也是听春晖家长学校长大的家长。</w:t>
      </w:r>
    </w:p>
    <w:p>
      <w:pPr>
        <w:pStyle w:val="Transcript"/>
      </w:pPr>
      <w:r>
        <w:rPr>
          <w:rFonts w:ascii="Noto Sans CJK SC" w:hAnsi="Noto Sans CJK SC" w:eastAsia="Noto Sans CJK SC" w:cs="Noto Sans CJK SC"/>
          <w:b/>
          <w:i w:val="0"/>
          <w:color w:val="000000"/>
        </w:rPr>
        <w:t xml:space="preserve">[00:06:10]  </w:t>
      </w:r>
      <w:r>
        <w:rPr>
          <w:rFonts w:ascii="Noto Sans CJK SC" w:hAnsi="Noto Sans CJK SC" w:eastAsia="Noto Sans CJK SC" w:cs="Noto Sans CJK SC"/>
          <w:b w:val="0"/>
          <w:i w:val="0"/>
          <w:color w:val="000000"/>
        </w:rPr>
        <w:t>所以当我的女儿他在去年啊踏入了他的工作岗位之后呢啊我想呢她对我说终于实现了小学时的梦想，植入的梦想啊。小学呢我带她去了香港啊，去了中环。她给我说，他说妈妈，我很想在这样的水泥森林工作。</w:t>
      </w:r>
    </w:p>
    <w:p>
      <w:pPr>
        <w:pStyle w:val="Transcript"/>
      </w:pPr>
      <w:r>
        <w:rPr>
          <w:rFonts w:ascii="Noto Sans CJK SC" w:hAnsi="Noto Sans CJK SC" w:eastAsia="Noto Sans CJK SC" w:cs="Noto Sans CJK SC"/>
          <w:b/>
          <w:i w:val="0"/>
          <w:color w:val="000000"/>
        </w:rPr>
        <w:t xml:space="preserve">[00:06:33]  </w:t>
      </w:r>
      <w:r>
        <w:rPr>
          <w:rFonts w:ascii="Noto Sans CJK SC" w:hAnsi="Noto Sans CJK SC" w:eastAsia="Noto Sans CJK SC" w:cs="Noto Sans CJK SC"/>
          <w:b w:val="0"/>
          <w:i w:val="0"/>
          <w:color w:val="000000"/>
        </w:rPr>
        <w:t>啊，那么今天呢我深感幸福啊啊当然在这个过程当中呢，我要特别感谢两个团队，一个是我们彩田学校啊，培育了我的女儿啊。第二个呢就是我们福田教育啊，福田教育的春晖家长学校啊，这两个团队呢一直推动着我前进。</w:t>
      </w:r>
    </w:p>
    <w:p>
      <w:pPr>
        <w:pStyle w:val="Transcript"/>
      </w:pPr>
      <w:r>
        <w:rPr>
          <w:rFonts w:ascii="Noto Sans CJK SC" w:hAnsi="Noto Sans CJK SC" w:eastAsia="Noto Sans CJK SC" w:cs="Noto Sans CJK SC"/>
          <w:b/>
          <w:i w:val="0"/>
          <w:color w:val="000000"/>
        </w:rPr>
        <w:t xml:space="preserve">[00:06:58]  </w:t>
      </w:r>
      <w:r>
        <w:rPr>
          <w:rFonts w:ascii="Noto Sans CJK SC" w:hAnsi="Noto Sans CJK SC" w:eastAsia="Noto Sans CJK SC" w:cs="Noto Sans CJK SC"/>
          <w:b w:val="0"/>
          <w:i w:val="0"/>
          <w:color w:val="000000"/>
        </w:rPr>
        <w:t>啊，让我在不断的学习当中啊啊让我让自己更加的专业，成为一名更加专业的妈妈。那么今天晚上啊我的身份呢其实更重要的是一位母亲啊，我跟在座的各位爸爸妈妈一样，是一名虚心。</w:t>
      </w:r>
    </w:p>
    <w:p>
      <w:pPr>
        <w:pStyle w:val="Transcript"/>
      </w:pPr>
      <w:r>
        <w:rPr>
          <w:rFonts w:ascii="Noto Sans CJK SC" w:hAnsi="Noto Sans CJK SC" w:eastAsia="Noto Sans CJK SC" w:cs="Noto Sans CJK SC"/>
          <w:b/>
          <w:i w:val="0"/>
          <w:color w:val="000000"/>
        </w:rPr>
        <w:t xml:space="preserve">[00:07:17]  </w:t>
      </w:r>
      <w:r>
        <w:rPr>
          <w:rFonts w:ascii="Noto Sans CJK SC" w:hAnsi="Noto Sans CJK SC" w:eastAsia="Noto Sans CJK SC" w:cs="Noto Sans CJK SC"/>
          <w:b w:val="0"/>
          <w:i w:val="0"/>
          <w:color w:val="000000"/>
        </w:rPr>
        <w:t>听取教育理念的母亲啊，我的孩子呢比你们的孩子呢差不多大20岁啊啊，所以我相信呢。</w:t>
      </w:r>
    </w:p>
    <w:p>
      <w:pPr>
        <w:pStyle w:val="Transcript"/>
      </w:pPr>
      <w:r>
        <w:rPr>
          <w:rFonts w:ascii="Noto Sans CJK SC" w:hAnsi="Noto Sans CJK SC" w:eastAsia="Noto Sans CJK SC" w:cs="Noto Sans CJK SC"/>
          <w:b/>
          <w:i w:val="0"/>
          <w:color w:val="000000"/>
        </w:rPr>
        <w:t xml:space="preserve">[00:07:27]  </w:t>
      </w:r>
      <w:r>
        <w:rPr>
          <w:rFonts w:ascii="Noto Sans CJK SC" w:hAnsi="Noto Sans CJK SC" w:eastAsia="Noto Sans CJK SC" w:cs="Noto Sans CJK SC"/>
          <w:b w:val="0"/>
          <w:i w:val="0"/>
          <w:color w:val="000000"/>
        </w:rPr>
        <w:t>未来啊你们的孩子再过20年也一定会跟我的孩子一样啊。因为我看到今天晚上呢啊来参加我们家长学堂，其实也不叫学堂啊啊我把它称为是我们彩田的家庭聚会啊啊在这样的一个聚会当中呢，我把我作为母亲走过的酸甜苦辣。</w:t>
      </w:r>
    </w:p>
    <w:p>
      <w:pPr>
        <w:pStyle w:val="Transcript"/>
      </w:pPr>
      <w:r>
        <w:rPr>
          <w:rFonts w:ascii="Noto Sans CJK SC" w:hAnsi="Noto Sans CJK SC" w:eastAsia="Noto Sans CJK SC" w:cs="Noto Sans CJK SC"/>
          <w:b/>
          <w:i w:val="0"/>
          <w:color w:val="000000"/>
        </w:rPr>
        <w:t xml:space="preserve">[00:07:51]  </w:t>
      </w:r>
      <w:r>
        <w:rPr>
          <w:rFonts w:ascii="Noto Sans CJK SC" w:hAnsi="Noto Sans CJK SC" w:eastAsia="Noto Sans CJK SC" w:cs="Noto Sans CJK SC"/>
          <w:b w:val="0"/>
          <w:i w:val="0"/>
          <w:color w:val="000000"/>
        </w:rPr>
        <w:t>一些教训啊，一些经历形成的经验分享给各位家长朋友啊呃我也相信呢未来20年以后呢，你的孩子跟我的女儿一样啊，未来呢也会成为大湾区啊的栋梁之才啊，实现自己儿时的梦想参与全球化的竞争。</w:t>
      </w:r>
    </w:p>
    <w:p>
      <w:pPr>
        <w:pStyle w:val="Transcript"/>
      </w:pPr>
      <w:r>
        <w:rPr>
          <w:rFonts w:ascii="Noto Sans CJK SC" w:hAnsi="Noto Sans CJK SC" w:eastAsia="Noto Sans CJK SC" w:cs="Noto Sans CJK SC"/>
          <w:b/>
          <w:i w:val="0"/>
          <w:color w:val="000000"/>
        </w:rPr>
        <w:t xml:space="preserve">[00:08:15]  </w:t>
      </w:r>
      <w:r>
        <w:rPr>
          <w:rFonts w:ascii="Noto Sans CJK SC" w:hAnsi="Noto Sans CJK SC" w:eastAsia="Noto Sans CJK SC" w:cs="Noto Sans CJK SC"/>
          <w:b w:val="0"/>
          <w:i w:val="0"/>
          <w:color w:val="000000"/>
        </w:rPr>
        <w:t>啊，好，那么今天我坐着讲哈，今天因为白天上课啊呃我想呢今天我们的课题呢今天是小学生家庭教育的重要性、科学性和艺术性啊。深圳我在96年第一次来深圳的时候呢，我。</w:t>
      </w:r>
    </w:p>
    <w:p>
      <w:pPr>
        <w:pStyle w:val="Transcript"/>
      </w:pPr>
      <w:r>
        <w:rPr>
          <w:rFonts w:ascii="Noto Sans CJK SC" w:hAnsi="Noto Sans CJK SC" w:eastAsia="Noto Sans CJK SC" w:cs="Noto Sans CJK SC"/>
          <w:b/>
          <w:i w:val="0"/>
          <w:color w:val="000000"/>
        </w:rPr>
        <w:t xml:space="preserve">[00:08:38]  </w:t>
      </w:r>
      <w:r>
        <w:rPr>
          <w:rFonts w:ascii="Noto Sans CJK SC" w:hAnsi="Noto Sans CJK SC" w:eastAsia="Noto Sans CJK SC" w:cs="Noto Sans CJK SC"/>
          <w:b w:val="0"/>
          <w:i w:val="0"/>
          <w:color w:val="000000"/>
        </w:rPr>
        <w:t>我知道深圳有一个世界之窗，我非常想去啊。那么今天我们11月份呢，我们深圳成为了世界之窗啊呃我们来看一下为什么选择深圳啊。</w:t>
      </w:r>
    </w:p>
    <w:p>
      <w:pPr>
        <w:pStyle w:val="Transcript"/>
      </w:pPr>
      <w:r>
        <w:rPr>
          <w:rFonts w:ascii="Noto Sans CJK SC" w:hAnsi="Noto Sans CJK SC" w:eastAsia="Noto Sans CJK SC" w:cs="Noto Sans CJK SC"/>
          <w:b/>
          <w:i w:val="0"/>
          <w:color w:val="000000"/>
        </w:rPr>
        <w:t xml:space="preserve">[00:08:53]  </w:t>
      </w:r>
      <w:r>
        <w:rPr>
          <w:rFonts w:ascii="Noto Sans CJK SC" w:hAnsi="Noto Sans CJK SC" w:eastAsia="Noto Sans CJK SC" w:cs="Noto Sans CJK SC"/>
          <w:b w:val="0"/>
          <w:i w:val="0"/>
          <w:color w:val="000000"/>
        </w:rPr>
        <w:t>我想呢很重要的就是我们深圳的家长，他这个学习能力啊非常强，非常有觉悟啊。在深圳这样一位一个城市，我在上个星期碰到啊我的一个广州的一个啊姐妹，她过来她说APEC啊，选择在深圳是有道理的啊。</w:t>
      </w:r>
    </w:p>
    <w:p>
      <w:pPr>
        <w:pStyle w:val="Transcript"/>
      </w:pPr>
      <w:r>
        <w:rPr>
          <w:rFonts w:ascii="Noto Sans CJK SC" w:hAnsi="Noto Sans CJK SC" w:eastAsia="Noto Sans CJK SC" w:cs="Noto Sans CJK SC"/>
          <w:b/>
          <w:i w:val="0"/>
          <w:color w:val="000000"/>
        </w:rPr>
        <w:t xml:space="preserve">[00:09:16]  </w:t>
      </w:r>
      <w:r>
        <w:rPr>
          <w:rFonts w:ascii="Noto Sans CJK SC" w:hAnsi="Noto Sans CJK SC" w:eastAsia="Noto Sans CJK SC" w:cs="Noto Sans CJK SC"/>
          <w:b w:val="0"/>
          <w:i w:val="0"/>
          <w:color w:val="000000"/>
        </w:rPr>
        <w:t>深圳是不可复制的啊，他说在他的啊前不久带他的80岁的母亲到深圳的时候呢，他说一上地铁，他说连小孩都在给他的。</w:t>
      </w:r>
    </w:p>
    <w:p>
      <w:pPr>
        <w:pStyle w:val="Transcript"/>
      </w:pPr>
      <w:r>
        <w:rPr>
          <w:rFonts w:ascii="Noto Sans CJK SC" w:hAnsi="Noto Sans CJK SC" w:eastAsia="Noto Sans CJK SC" w:cs="Noto Sans CJK SC"/>
          <w:b/>
          <w:i w:val="0"/>
          <w:color w:val="000000"/>
        </w:rPr>
        <w:t xml:space="preserve">[00:09:29]  </w:t>
      </w:r>
      <w:r>
        <w:rPr>
          <w:rFonts w:ascii="Noto Sans CJK SC" w:hAnsi="Noto Sans CJK SC" w:eastAsia="Noto Sans CJK SC" w:cs="Noto Sans CJK SC"/>
          <w:b w:val="0"/>
          <w:i w:val="0"/>
          <w:color w:val="000000"/>
        </w:rPr>
        <w:t>给他的母亲让座。所以我想呢啊我想这一点呢就是我们深圳的家长朋友啊，我们如何培养出有根啊，心中又有世界的孩子。今天我们一起来探讨家庭教育的重要性、科学性和艺术性啊，在这之前呢我先邀请大家看这样一个视频。</w:t>
      </w:r>
    </w:p>
    <w:p>
      <w:pPr>
        <w:pStyle w:val="Transcript"/>
      </w:pPr>
      <w:r>
        <w:rPr>
          <w:rFonts w:ascii="Noto Sans CJK SC" w:hAnsi="Noto Sans CJK SC" w:eastAsia="Noto Sans CJK SC" w:cs="Noto Sans CJK SC"/>
          <w:b/>
          <w:i w:val="0"/>
          <w:color w:val="000000"/>
        </w:rPr>
        <w:t xml:space="preserve">[00:09:55]  </w:t>
      </w:r>
      <w:r>
        <w:rPr>
          <w:rFonts w:ascii="Noto Sans CJK SC" w:hAnsi="Noto Sans CJK SC" w:eastAsia="Noto Sans CJK SC" w:cs="Noto Sans CJK SC"/>
          <w:b w:val="0"/>
          <w:i w:val="0"/>
          <w:color w:val="000000"/>
        </w:rPr>
        <w:t>〔播放视频；本段英语音轨及背景声未能可靠转写，约至00:10:48〕</w:t>
      </w:r>
    </w:p>
    <w:p>
      <w:pPr>
        <w:pStyle w:val="Heading1"/>
      </w:pPr>
      <w:r>
        <w:rPr>
          <w:rFonts w:ascii="Noto Sans CJK SC" w:hAnsi="Noto Sans CJK SC" w:eastAsia="Noto Sans CJK SC" w:cs="Noto Sans CJK SC"/>
          <w:b/>
          <w:i w:val="0"/>
          <w:color w:val="000000"/>
        </w:rPr>
        <w:t>父母示范与学校 家庭 社会教育</w:t>
      </w:r>
    </w:p>
    <w:p>
      <w:pPr>
        <w:pStyle w:val="Transcript"/>
      </w:pPr>
      <w:r>
        <w:rPr>
          <w:rFonts w:ascii="Noto Sans CJK SC" w:hAnsi="Noto Sans CJK SC" w:eastAsia="Noto Sans CJK SC" w:cs="Noto Sans CJK SC"/>
          <w:b/>
          <w:i w:val="0"/>
          <w:color w:val="000000"/>
        </w:rPr>
        <w:t xml:space="preserve">[00:10:48]  </w:t>
      </w:r>
      <w:r>
        <w:rPr>
          <w:rFonts w:ascii="Noto Sans CJK SC" w:hAnsi="Noto Sans CJK SC" w:eastAsia="Noto Sans CJK SC" w:cs="Noto Sans CJK SC"/>
          <w:b w:val="0"/>
          <w:i w:val="0"/>
          <w:color w:val="000000"/>
        </w:rPr>
        <w:t>孩子看到孩子做到啊，我想呢家长的一言一行都是孩子的榜样。刚才我们陈主任啊，陈阳〔姓名用字待核〕主任呢啊在他的召唤当中呢，我们家长朋友积极的响应啊积极的响应，为孩子做了榜样。</w:t>
      </w:r>
    </w:p>
    <w:p>
      <w:pPr>
        <w:pStyle w:val="Transcript"/>
      </w:pPr>
      <w:r>
        <w:rPr>
          <w:rFonts w:ascii="Noto Sans CJK SC" w:hAnsi="Noto Sans CJK SC" w:eastAsia="Noto Sans CJK SC" w:cs="Noto Sans CJK SC"/>
          <w:b/>
          <w:i w:val="0"/>
          <w:color w:val="000000"/>
        </w:rPr>
        <w:t xml:space="preserve">[00:11:07]  </w:t>
      </w:r>
      <w:r>
        <w:rPr>
          <w:rFonts w:ascii="Noto Sans CJK SC" w:hAnsi="Noto Sans CJK SC" w:eastAsia="Noto Sans CJK SC" w:cs="Noto Sans CJK SC"/>
          <w:b w:val="0"/>
          <w:i w:val="0"/>
          <w:color w:val="000000"/>
        </w:rPr>
        <w:t>我的孩子我记得他在小学阶段呢啊我就带他去深圳图书馆，经常去听一些讲座啊，深圳真是一个非常好的城市啊，我在来了近30年之后啊，30年左右吧啊，我想呢我对自己说来深圳来对了。</w:t>
      </w:r>
    </w:p>
    <w:p>
      <w:pPr>
        <w:pStyle w:val="Transcript"/>
      </w:pPr>
      <w:r>
        <w:rPr>
          <w:rFonts w:ascii="Noto Sans CJK SC" w:hAnsi="Noto Sans CJK SC" w:eastAsia="Noto Sans CJK SC" w:cs="Noto Sans CJK SC"/>
          <w:b/>
          <w:i w:val="0"/>
          <w:color w:val="000000"/>
        </w:rPr>
        <w:t xml:space="preserve">[00:11:28]  </w:t>
      </w:r>
      <w:r>
        <w:rPr>
          <w:rFonts w:ascii="Noto Sans CJK SC" w:hAnsi="Noto Sans CJK SC" w:eastAsia="Noto Sans CJK SC" w:cs="Noto Sans CJK SC"/>
          <w:b w:val="0"/>
          <w:i w:val="0"/>
          <w:color w:val="000000"/>
        </w:rPr>
        <w:t>我孩子在小学阶段呢，我带他去深圳图书馆啊，去听很多大师的讲座啊，一般来说呢我们都喜欢坐第一排啊，两点半开会呢啊两点半开始讲座呢，我们差不多一点半左右我们就到啊，然后我就习惯带他坐第一排啊，那么他读了初中。</w:t>
      </w:r>
    </w:p>
    <w:p>
      <w:pPr>
        <w:pStyle w:val="Transcript"/>
      </w:pPr>
      <w:r>
        <w:rPr>
          <w:rFonts w:ascii="Noto Sans CJK SC" w:hAnsi="Noto Sans CJK SC" w:eastAsia="Noto Sans CJK SC" w:cs="Noto Sans CJK SC"/>
          <w:b/>
          <w:i w:val="0"/>
          <w:color w:val="000000"/>
        </w:rPr>
        <w:t xml:space="preserve">[00:11:50]  </w:t>
      </w:r>
      <w:r>
        <w:rPr>
          <w:rFonts w:ascii="Noto Sans CJK SC" w:hAnsi="Noto Sans CJK SC" w:eastAsia="Noto Sans CJK SC" w:cs="Noto Sans CJK SC"/>
          <w:b w:val="0"/>
          <w:i w:val="0"/>
          <w:color w:val="000000"/>
        </w:rPr>
        <w:t>啊，到了高中甚至大学啊，他就告诉我，妈妈我真喜欢坐第一排啊，第一排的感受特别好啊。那么我们来说一下家庭教育为什么是深圳家庭的事啊，家庭是孩子的外交部啊，家风即门面，家风是他的人格底色啊。</w:t>
      </w:r>
    </w:p>
    <w:p>
      <w:pPr>
        <w:pStyle w:val="Transcript"/>
      </w:pPr>
      <w:r>
        <w:rPr>
          <w:rFonts w:ascii="Noto Sans CJK SC" w:hAnsi="Noto Sans CJK SC" w:eastAsia="Noto Sans CJK SC" w:cs="Noto Sans CJK SC"/>
          <w:b/>
          <w:i w:val="0"/>
          <w:color w:val="000000"/>
        </w:rPr>
        <w:t xml:space="preserve">[00:12:14]  </w:t>
      </w:r>
      <w:r>
        <w:rPr>
          <w:rFonts w:ascii="Noto Sans CJK SC" w:hAnsi="Noto Sans CJK SC" w:eastAsia="Noto Sans CJK SC" w:cs="Noto Sans CJK SC"/>
          <w:b w:val="0"/>
          <w:i w:val="0"/>
          <w:color w:val="000000"/>
        </w:rPr>
        <w:t>我们来看一下深圳的孩子呢，事实上他是在被世界看见的啊，家长呢是孩子的首席外交官啊，我们说深圳的孩子呢，他的对外啊这种公众的表达力啊演讲力以及他呈现出来的综合素养。</w:t>
      </w:r>
    </w:p>
    <w:p>
      <w:pPr>
        <w:pStyle w:val="Transcript"/>
      </w:pPr>
      <w:r>
        <w:rPr>
          <w:rFonts w:ascii="Noto Sans CJK SC" w:hAnsi="Noto Sans CJK SC" w:eastAsia="Noto Sans CJK SC" w:cs="Noto Sans CJK SC"/>
          <w:b/>
          <w:i w:val="0"/>
          <w:color w:val="000000"/>
        </w:rPr>
        <w:t xml:space="preserve">[00:12:36]  </w:t>
      </w:r>
      <w:r>
        <w:rPr>
          <w:rFonts w:ascii="Noto Sans CJK SC" w:hAnsi="Noto Sans CJK SC" w:eastAsia="Noto Sans CJK SC" w:cs="Noto Sans CJK SC"/>
          <w:b w:val="0"/>
          <w:i w:val="0"/>
          <w:color w:val="000000"/>
        </w:rPr>
        <w:t>可以说都是我们这个城市的软名片啊，小学阶段的核心不是和世界接轨的背单词。整个小学阶段啊，我们说最重要的都是在培养他的习惯啊，情绪的管理以及人品的培养啊，培养守规则。</w:t>
      </w:r>
    </w:p>
    <w:p>
      <w:pPr>
        <w:pStyle w:val="Transcript"/>
      </w:pPr>
      <w:r>
        <w:rPr>
          <w:rFonts w:ascii="Noto Sans CJK SC" w:hAnsi="Noto Sans CJK SC" w:eastAsia="Noto Sans CJK SC" w:cs="Noto Sans CJK SC"/>
          <w:b/>
          <w:i w:val="0"/>
          <w:color w:val="000000"/>
        </w:rPr>
        <w:t xml:space="preserve">[00:12:56]  </w:t>
      </w:r>
      <w:r>
        <w:rPr>
          <w:rFonts w:ascii="Noto Sans CJK SC" w:hAnsi="Noto Sans CJK SC" w:eastAsia="Noto Sans CJK SC" w:cs="Noto Sans CJK SC"/>
          <w:b w:val="0"/>
          <w:i w:val="0"/>
          <w:color w:val="000000"/>
        </w:rPr>
        <w:t>会倾听、懂礼貌、能合作，有底气的孩子。所以家庭教育是学校教育的底座。</w:t>
      </w:r>
    </w:p>
    <w:p>
      <w:pPr>
        <w:pStyle w:val="Transcript"/>
      </w:pPr>
      <w:r>
        <w:rPr>
          <w:rFonts w:ascii="Noto Sans CJK SC" w:hAnsi="Noto Sans CJK SC" w:eastAsia="Noto Sans CJK SC" w:cs="Noto Sans CJK SC"/>
          <w:b/>
          <w:i w:val="0"/>
          <w:color w:val="000000"/>
        </w:rPr>
        <w:t xml:space="preserve">[00:13:04]  </w:t>
      </w:r>
      <w:r>
        <w:rPr>
          <w:rFonts w:ascii="Noto Sans CJK SC" w:hAnsi="Noto Sans CJK SC" w:eastAsia="Noto Sans CJK SC" w:cs="Noto Sans CJK SC"/>
          <w:b w:val="0"/>
          <w:i w:val="0"/>
          <w:color w:val="000000"/>
        </w:rPr>
        <w:t>啊，很多年前十多年前，我们有家长呢啊啊我记得在这样的春晖学堂啊，有家长问我，他说老师怎么选择学校，甚至在二十几年前啊啊，我们彩田的当时03年刚开办之初的时候，我们有家长跟我说啊，当时彩田还不是名校。</w:t>
      </w:r>
    </w:p>
    <w:p>
      <w:pPr>
        <w:pStyle w:val="Transcript"/>
      </w:pPr>
      <w:r>
        <w:rPr>
          <w:rFonts w:ascii="Noto Sans CJK SC" w:hAnsi="Noto Sans CJK SC" w:eastAsia="Noto Sans CJK SC" w:cs="Noto Sans CJK SC"/>
          <w:b/>
          <w:i w:val="0"/>
          <w:color w:val="000000"/>
        </w:rPr>
        <w:t xml:space="preserve">[00:13:29]  </w:t>
      </w:r>
      <w:r>
        <w:rPr>
          <w:rFonts w:ascii="Noto Sans CJK SC" w:hAnsi="Noto Sans CJK SC" w:eastAsia="Noto Sans CJK SC" w:cs="Noto Sans CJK SC"/>
          <w:b w:val="0"/>
          <w:i w:val="0"/>
          <w:color w:val="000000"/>
        </w:rPr>
        <w:t>啊，他说我们怎么选择学校，怎么选择班级啊，我说你是一个很好的问题，所有的家长朋友，只要你在思考家庭教育，你就是有觉悟的啊。我说你反过来问一下自己学校跟老师喜欢什么样的家长呢？啊，那么这一个啊。</w:t>
      </w:r>
    </w:p>
    <w:p>
      <w:pPr>
        <w:pStyle w:val="Transcript"/>
      </w:pPr>
      <w:r>
        <w:rPr>
          <w:rFonts w:ascii="Noto Sans CJK SC" w:hAnsi="Noto Sans CJK SC" w:eastAsia="Noto Sans CJK SC" w:cs="Noto Sans CJK SC"/>
          <w:b/>
          <w:i w:val="0"/>
          <w:color w:val="000000"/>
        </w:rPr>
        <w:t xml:space="preserve">[00:13:51]  </w:t>
      </w:r>
      <w:r>
        <w:rPr>
          <w:rFonts w:ascii="Noto Sans CJK SC" w:hAnsi="Noto Sans CJK SC" w:eastAsia="Noto Sans CJK SC" w:cs="Noto Sans CJK SC"/>
          <w:b w:val="0"/>
          <w:i w:val="0"/>
          <w:color w:val="000000"/>
        </w:rPr>
        <w:t>刘长明〔姓名用字待核〕校长啊，他是很多年前北京〔校名听辨不清〕培育了很多的名人，包括〔人名听辨不清〕啊，很多了啊，大家一上啊一搜一下就知道。那么这个刘长明说什么呢？家长的一言一行都会影响孩子的一生啊，我在彩田20多年，我年龄最大的家长呢80多岁了啊，彩田村。</w:t>
      </w:r>
    </w:p>
    <w:p>
      <w:pPr>
        <w:pStyle w:val="Transcript"/>
      </w:pPr>
      <w:r>
        <w:rPr>
          <w:rFonts w:ascii="Noto Sans CJK SC" w:hAnsi="Noto Sans CJK SC" w:eastAsia="Noto Sans CJK SC" w:cs="Noto Sans CJK SC"/>
          <w:b/>
          <w:i w:val="0"/>
          <w:color w:val="000000"/>
        </w:rPr>
        <w:t xml:space="preserve">[00:14:15]  </w:t>
      </w:r>
      <w:r>
        <w:rPr>
          <w:rFonts w:ascii="Noto Sans CJK SC" w:hAnsi="Noto Sans CJK SC" w:eastAsia="Noto Sans CJK SC" w:cs="Noto Sans CJK SC"/>
          <w:b w:val="0"/>
          <w:i w:val="0"/>
          <w:color w:val="000000"/>
        </w:rPr>
        <w:t>70多、80多、60多、50多的都有啊。那么我这么多的孩子呢啊我觉得做老师真的是世界上最幸福的事情。为啥我们可以参与很多家庭的成长，可以参与很多小小生命的成长啊呃在彩田培育的学生呢啊。</w:t>
      </w:r>
    </w:p>
    <w:p>
      <w:pPr>
        <w:pStyle w:val="Transcript"/>
      </w:pPr>
      <w:r>
        <w:rPr>
          <w:rFonts w:ascii="Noto Sans CJK SC" w:hAnsi="Noto Sans CJK SC" w:eastAsia="Noto Sans CJK SC" w:cs="Noto Sans CJK SC"/>
          <w:b/>
          <w:i w:val="0"/>
          <w:color w:val="000000"/>
        </w:rPr>
        <w:t xml:space="preserve">[00:14:37]  </w:t>
      </w:r>
      <w:r>
        <w:rPr>
          <w:rFonts w:ascii="Noto Sans CJK SC" w:hAnsi="Noto Sans CJK SC" w:eastAsia="Noto Sans CJK SC" w:cs="Noto Sans CJK SC"/>
          <w:b w:val="0"/>
          <w:i w:val="0"/>
          <w:color w:val="000000"/>
        </w:rPr>
        <w:t>我们有我第一届学生黄毅〔姓名用字待核〕同学呢，现在是清华大学经管学院的助理教授啊，当时他从新联小学〔校名用字待核〕转到彩田来啊，他妈妈说转对了啊，那么这个所有的啊我的学生呢我在跟踪啊，我在看什么样的家庭。</w:t>
      </w:r>
    </w:p>
    <w:p>
      <w:pPr>
        <w:pStyle w:val="Transcript"/>
      </w:pPr>
      <w:r>
        <w:rPr>
          <w:rFonts w:ascii="Noto Sans CJK SC" w:hAnsi="Noto Sans CJK SC" w:eastAsia="Noto Sans CJK SC" w:cs="Noto Sans CJK SC"/>
          <w:b/>
          <w:i w:val="0"/>
          <w:color w:val="000000"/>
        </w:rPr>
        <w:t xml:space="preserve">[00:15:00]  </w:t>
      </w:r>
      <w:r>
        <w:rPr>
          <w:rFonts w:ascii="Noto Sans CJK SC" w:hAnsi="Noto Sans CJK SC" w:eastAsia="Noto Sans CJK SC" w:cs="Noto Sans CJK SC"/>
          <w:b w:val="0"/>
          <w:i w:val="0"/>
          <w:color w:val="000000"/>
        </w:rPr>
        <w:t>培育出好的孩子啊，什么样的家庭需要调整？我想孩子和孩子他的差异啊，对于深圳来说，我们经过了这么多年的啊这么多年的教育的调整啊，可以说名校之间的差距真的很小，特别是义务教育阶段啊。</w:t>
      </w:r>
    </w:p>
    <w:p>
      <w:pPr>
        <w:pStyle w:val="Transcript"/>
      </w:pPr>
      <w:r>
        <w:rPr>
          <w:rFonts w:ascii="Noto Sans CJK SC" w:hAnsi="Noto Sans CJK SC" w:eastAsia="Noto Sans CJK SC" w:cs="Noto Sans CJK SC"/>
          <w:b/>
          <w:i w:val="0"/>
          <w:color w:val="000000"/>
        </w:rPr>
        <w:t xml:space="preserve">[00:15:23]  </w:t>
      </w:r>
      <w:r>
        <w:rPr>
          <w:rFonts w:ascii="Noto Sans CJK SC" w:hAnsi="Noto Sans CJK SC" w:eastAsia="Noto Sans CJK SC" w:cs="Noto Sans CJK SC"/>
          <w:b w:val="0"/>
          <w:i w:val="0"/>
          <w:color w:val="000000"/>
        </w:rPr>
        <w:t>啊，真正拉开差距的是什么呢？家庭教育啊啊我想呢不要让孩子输在起跑线上。我想给各位家长朋友说的是不要让孩子输在家庭教育上啊。那么各位家长朋友，我们说学校教育、家庭教育和社会教育啊，三者达到一致。</w:t>
      </w:r>
    </w:p>
    <w:p>
      <w:pPr>
        <w:pStyle w:val="Transcript"/>
      </w:pPr>
      <w:r>
        <w:rPr>
          <w:rFonts w:ascii="Noto Sans CJK SC" w:hAnsi="Noto Sans CJK SC" w:eastAsia="Noto Sans CJK SC" w:cs="Noto Sans CJK SC"/>
          <w:b/>
          <w:i w:val="0"/>
          <w:color w:val="000000"/>
        </w:rPr>
        <w:t xml:space="preserve">[00:15:46]  </w:t>
      </w:r>
      <w:r>
        <w:rPr>
          <w:rFonts w:ascii="Noto Sans CJK SC" w:hAnsi="Noto Sans CJK SC" w:eastAsia="Noto Sans CJK SC" w:cs="Noto Sans CJK SC"/>
          <w:b w:val="0"/>
          <w:i w:val="0"/>
          <w:color w:val="000000"/>
        </w:rPr>
        <w:t>啊，现在我们学校呢在更多的再把孩子融入到社会教育当中去啊，比如说啊啊这个高年级开展的校外半天的活动，让孩子更多的去接触社会啊。那家长说孩子说老师这个学校教育和家庭教育有时候要求不一样，怎么办啊。</w:t>
      </w:r>
    </w:p>
    <w:p>
      <w:pPr>
        <w:pStyle w:val="Transcript"/>
      </w:pPr>
      <w:r>
        <w:rPr>
          <w:rFonts w:ascii="Noto Sans CJK SC" w:hAnsi="Noto Sans CJK SC" w:eastAsia="Noto Sans CJK SC" w:cs="Noto Sans CJK SC"/>
          <w:b/>
          <w:i w:val="0"/>
          <w:color w:val="000000"/>
        </w:rPr>
        <w:t xml:space="preserve">[00:16:10]  </w:t>
      </w:r>
      <w:r>
        <w:rPr>
          <w:rFonts w:ascii="Noto Sans CJK SC" w:hAnsi="Noto Sans CJK SC" w:eastAsia="Noto Sans CJK SC" w:cs="Noto Sans CJK SC"/>
          <w:b w:val="0"/>
          <w:i w:val="0"/>
          <w:color w:val="000000"/>
        </w:rPr>
        <w:t>我在这里想给各位家长朋友说，三者很重要的要达到一致性啊，当发生冲突的时候啊，特别是学校教育和家庭教育，是以学校教育为主导的家庭教育，以家庭教育啊，以学校教育为核心。那么我们来看一下学校教育的核心，它是规范的标准的强制化的集体教育。</w:t>
      </w:r>
    </w:p>
    <w:p>
      <w:pPr>
        <w:pStyle w:val="Transcript"/>
      </w:pPr>
      <w:r>
        <w:rPr>
          <w:rFonts w:ascii="Noto Sans CJK SC" w:hAnsi="Noto Sans CJK SC" w:eastAsia="Noto Sans CJK SC" w:cs="Noto Sans CJK SC"/>
          <w:b/>
          <w:i w:val="0"/>
          <w:color w:val="000000"/>
        </w:rPr>
        <w:t xml:space="preserve">[00:16:35]  </w:t>
      </w:r>
      <w:r>
        <w:rPr>
          <w:rFonts w:ascii="Noto Sans CJK SC" w:hAnsi="Noto Sans CJK SC" w:eastAsia="Noto Sans CJK SC" w:cs="Noto Sans CJK SC"/>
          <w:b w:val="0"/>
          <w:i w:val="0"/>
          <w:color w:val="000000"/>
        </w:rPr>
        <w:t>没有办法进行个性化的特质培养啊，那么家庭教育呢是我们说是以血缘关系为纽带的父母与孩子共同构建的点点滴滴当中完成的生活教育啊，我们父母的教养孩子的行为是整个家庭关系系统的呈现啊，它带有什么呢？随机啊。</w:t>
      </w:r>
    </w:p>
    <w:p>
      <w:pPr>
        <w:pStyle w:val="Transcript"/>
      </w:pPr>
      <w:r>
        <w:rPr>
          <w:rFonts w:ascii="Noto Sans CJK SC" w:hAnsi="Noto Sans CJK SC" w:eastAsia="Noto Sans CJK SC" w:cs="Noto Sans CJK SC"/>
          <w:b/>
          <w:i w:val="0"/>
          <w:color w:val="000000"/>
        </w:rPr>
        <w:t xml:space="preserve">[00:17:00]  </w:t>
      </w:r>
      <w:r>
        <w:rPr>
          <w:rFonts w:ascii="Noto Sans CJK SC" w:hAnsi="Noto Sans CJK SC" w:eastAsia="Noto Sans CJK SC" w:cs="Noto Sans CJK SC"/>
          <w:b w:val="0"/>
          <w:i w:val="0"/>
          <w:color w:val="000000"/>
        </w:rPr>
        <w:t>啊，包括你今天回去给孩子说，哎呀，你说我们这个一年级的啊陈主任叫我们坐到第一排，爸爸第一个就坐到第一排了啊，坐到第一排的感受真好。</w:t>
      </w:r>
    </w:p>
    <w:p>
      <w:pPr>
        <w:pStyle w:val="Transcript"/>
      </w:pPr>
      <w:r>
        <w:rPr>
          <w:rFonts w:ascii="Noto Sans CJK SC" w:hAnsi="Noto Sans CJK SC" w:eastAsia="Noto Sans CJK SC" w:cs="Noto Sans CJK SC"/>
          <w:b/>
          <w:i w:val="0"/>
          <w:color w:val="000000"/>
        </w:rPr>
        <w:t xml:space="preserve">[00:17:13]  </w:t>
      </w:r>
      <w:r>
        <w:rPr>
          <w:rFonts w:ascii="Noto Sans CJK SC" w:hAnsi="Noto Sans CJK SC" w:eastAsia="Noto Sans CJK SC" w:cs="Noto Sans CJK SC"/>
          <w:b w:val="0"/>
          <w:i w:val="0"/>
          <w:color w:val="000000"/>
        </w:rPr>
        <w:t>啊，那么具有什么呢？随机性、示范性和传承性啊，社会教育。我在彩田的第一届学生现在已经加入我们福田教育第三年了啊，经常孩子呢回来跟老师啊来回来看老师啊。那么老师呢对于孩子来说呢是非常稳定而安全的关系，像父母的象征啊。</w:t>
      </w:r>
    </w:p>
    <w:p>
      <w:pPr>
        <w:pStyle w:val="Transcript"/>
      </w:pPr>
      <w:r>
        <w:rPr>
          <w:rFonts w:ascii="Noto Sans CJK SC" w:hAnsi="Noto Sans CJK SC" w:eastAsia="Noto Sans CJK SC" w:cs="Noto Sans CJK SC"/>
          <w:b/>
          <w:i w:val="0"/>
          <w:color w:val="000000"/>
        </w:rPr>
        <w:t xml:space="preserve">[00:17:38]  </w:t>
      </w:r>
      <w:r>
        <w:rPr>
          <w:rFonts w:ascii="Noto Sans CJK SC" w:hAnsi="Noto Sans CJK SC" w:eastAsia="Noto Sans CJK SC" w:cs="Noto Sans CJK SC"/>
          <w:b w:val="0"/>
          <w:i w:val="0"/>
          <w:color w:val="000000"/>
        </w:rPr>
        <w:t>那么他说老师啊，他说我现在参加工作了，可是我今天啊去食堂的路上呢，跟校长打招呼呢，校长不理我啊，他说真是莫名其妙，这个校长给人感觉不好啊。我给我的学生说，我说你的家庭教育，学校教育画一个。</w:t>
      </w:r>
    </w:p>
    <w:p>
      <w:pPr>
        <w:pStyle w:val="Transcript"/>
      </w:pPr>
      <w:r>
        <w:rPr>
          <w:rFonts w:ascii="Noto Sans CJK SC" w:hAnsi="Noto Sans CJK SC" w:eastAsia="Noto Sans CJK SC" w:cs="Noto Sans CJK SC"/>
          <w:b/>
          <w:i w:val="0"/>
          <w:color w:val="000000"/>
        </w:rPr>
        <w:t xml:space="preserve">[00:18:00]  </w:t>
      </w:r>
      <w:r>
        <w:rPr>
          <w:rFonts w:ascii="Noto Sans CJK SC" w:hAnsi="Noto Sans CJK SC" w:eastAsia="Noto Sans CJK SC" w:cs="Noto Sans CJK SC"/>
          <w:b w:val="0"/>
          <w:i w:val="0"/>
          <w:color w:val="000000"/>
        </w:rPr>
        <w:t>句号啊，你现在要开始进入第三阶段的教育，社会教育体验式的教育，没有人在给你苦口婆心的讲道理啊，像爸爸妈妈像老师没有了，需要你什么呢？去体验啊，需要去反思，需要去调整。那么一个人啊。</w:t>
      </w:r>
    </w:p>
    <w:p>
      <w:pPr>
        <w:pStyle w:val="Transcript"/>
      </w:pPr>
      <w:r>
        <w:rPr>
          <w:rFonts w:ascii="Noto Sans CJK SC" w:hAnsi="Noto Sans CJK SC" w:eastAsia="Noto Sans CJK SC" w:cs="Noto Sans CJK SC"/>
          <w:b/>
          <w:i w:val="0"/>
          <w:color w:val="000000"/>
        </w:rPr>
        <w:t xml:space="preserve">[00:18:21]  </w:t>
      </w:r>
      <w:r>
        <w:rPr>
          <w:rFonts w:ascii="Noto Sans CJK SC" w:hAnsi="Noto Sans CJK SC" w:eastAsia="Noto Sans CJK SC" w:cs="Noto Sans CJK SC"/>
          <w:b w:val="0"/>
          <w:i w:val="0"/>
          <w:color w:val="000000"/>
        </w:rPr>
        <w:t>啊，一个孩子呢，他的健康成长呢只有经历了这三种教育呢，才能成为一个完整意义上的人。</w:t>
      </w:r>
    </w:p>
    <w:p>
      <w:pPr>
        <w:pStyle w:val="Transcript"/>
      </w:pPr>
      <w:r>
        <w:rPr>
          <w:rFonts w:ascii="Noto Sans CJK SC" w:hAnsi="Noto Sans CJK SC" w:eastAsia="Noto Sans CJK SC" w:cs="Noto Sans CJK SC"/>
          <w:b/>
          <w:i w:val="0"/>
          <w:color w:val="000000"/>
        </w:rPr>
        <w:t xml:space="preserve">[00:18:29]  </w:t>
      </w:r>
      <w:r>
        <w:rPr>
          <w:rFonts w:ascii="Noto Sans CJK SC" w:hAnsi="Noto Sans CJK SC" w:eastAsia="Noto Sans CJK SC" w:cs="Noto Sans CJK SC"/>
          <w:b w:val="0"/>
          <w:i w:val="0"/>
          <w:color w:val="000000"/>
        </w:rPr>
        <w:t>啊，才能身心健康的成长啊，那么呃各位家长朋友，我们说这个人的一生啊要经历十次挑战啊，十次挑战。对于我来说呢经历了一半啊呃我们的孩子呢从他啊从他跨入。</w:t>
      </w:r>
    </w:p>
    <w:p>
      <w:pPr>
        <w:pStyle w:val="Transcript"/>
      </w:pPr>
      <w:r>
        <w:rPr>
          <w:rFonts w:ascii="Noto Sans CJK SC" w:hAnsi="Noto Sans CJK SC" w:eastAsia="Noto Sans CJK SC" w:cs="Noto Sans CJK SC"/>
          <w:b/>
          <w:i w:val="0"/>
          <w:color w:val="000000"/>
        </w:rPr>
        <w:t xml:space="preserve">[00:18:51]  </w:t>
      </w:r>
      <w:r>
        <w:rPr>
          <w:rFonts w:ascii="Noto Sans CJK SC" w:hAnsi="Noto Sans CJK SC" w:eastAsia="Noto Sans CJK SC" w:cs="Noto Sans CJK SC"/>
          <w:b w:val="0"/>
          <w:i w:val="0"/>
          <w:color w:val="000000"/>
        </w:rPr>
        <w:t>这个彩田学校的校门开始啊，从这是第三次挑战，第一次啊怀孕。第二次呢啊我们说这个孩子呢他开始语言高速的发展啊，你无法控制他的语言。第三次呢他开始进入小学。也就是说他的社会化的过程呢越来越他的。</w:t>
      </w:r>
    </w:p>
    <w:p>
      <w:pPr>
        <w:pStyle w:val="Transcript"/>
      </w:pPr>
      <w:r>
        <w:rPr>
          <w:rFonts w:ascii="Noto Sans CJK SC" w:hAnsi="Noto Sans CJK SC" w:eastAsia="Noto Sans CJK SC" w:cs="Noto Sans CJK SC"/>
          <w:b/>
          <w:i w:val="0"/>
          <w:color w:val="000000"/>
        </w:rPr>
        <w:t xml:space="preserve">[00:19:16]  </w:t>
      </w:r>
      <w:r>
        <w:rPr>
          <w:rFonts w:ascii="Noto Sans CJK SC" w:hAnsi="Noto Sans CJK SC" w:eastAsia="Noto Sans CJK SC" w:cs="Noto Sans CJK SC"/>
          <w:b w:val="0"/>
          <w:i w:val="0"/>
          <w:color w:val="000000"/>
        </w:rPr>
        <w:t>整个活动的空间呢会越来越大啊，那么我们培养孩子的目的，家庭和学校的目的是要把孩子培养成社会人。</w:t>
      </w:r>
    </w:p>
    <w:p>
      <w:pPr>
        <w:pStyle w:val="Transcript"/>
      </w:pPr>
      <w:r>
        <w:rPr>
          <w:rFonts w:ascii="Noto Sans CJK SC" w:hAnsi="Noto Sans CJK SC" w:eastAsia="Noto Sans CJK SC" w:cs="Noto Sans CJK SC"/>
          <w:b/>
          <w:i w:val="0"/>
          <w:color w:val="000000"/>
        </w:rPr>
        <w:t xml:space="preserve">[00:19:28]  </w:t>
      </w:r>
      <w:r>
        <w:rPr>
          <w:rFonts w:ascii="Noto Sans CJK SC" w:hAnsi="Noto Sans CJK SC" w:eastAsia="Noto Sans CJK SC" w:cs="Noto Sans CJK SC"/>
          <w:b w:val="0"/>
          <w:i w:val="0"/>
          <w:color w:val="000000"/>
        </w:rPr>
        <w:t>啊，社会人成长为社会群体当中的平等一员啊，让他们在更广阔的世界呢为他做准备啊。好，那么我们来看一下这个科学性啊谈到家庭教育的啊我自己思考了一下啊啊，结合我来深圳啊。</w:t>
      </w:r>
    </w:p>
    <w:p>
      <w:pPr>
        <w:pStyle w:val="Heading1"/>
      </w:pPr>
      <w:r>
        <w:rPr>
          <w:rFonts w:ascii="Noto Sans CJK SC" w:hAnsi="Noto Sans CJK SC" w:eastAsia="Noto Sans CJK SC" w:cs="Noto Sans CJK SC"/>
          <w:b/>
          <w:i w:val="0"/>
          <w:color w:val="000000"/>
        </w:rPr>
        <w:t>开放 允许试错与合作</w:t>
      </w:r>
    </w:p>
    <w:p>
      <w:pPr>
        <w:pStyle w:val="Transcript"/>
      </w:pPr>
      <w:r>
        <w:rPr>
          <w:rFonts w:ascii="Noto Sans CJK SC" w:hAnsi="Noto Sans CJK SC" w:eastAsia="Noto Sans CJK SC" w:cs="Noto Sans CJK SC"/>
          <w:b/>
          <w:i w:val="0"/>
          <w:color w:val="000000"/>
        </w:rPr>
        <w:t xml:space="preserve">[00:19:50]  </w:t>
      </w:r>
      <w:r>
        <w:rPr>
          <w:rFonts w:ascii="Noto Sans CJK SC" w:hAnsi="Noto Sans CJK SC" w:eastAsia="Noto Sans CJK SC" w:cs="Noto Sans CJK SC"/>
          <w:b w:val="0"/>
          <w:i w:val="0"/>
          <w:color w:val="000000"/>
        </w:rPr>
        <w:t>啊啊这么多年自己的不断的反思啊，自己不断的啊思考与探索。我想的有三个词语，想跟各位家长朋友说一下我自己的体会啊。第一个呢是开放啊，开放家庭允许表达各位家长朋友说到家庭教育，我肯定要说我自己的家庭教育啊，我的老父亲呢，他是56年中山大学。</w:t>
      </w:r>
    </w:p>
    <w:p>
      <w:pPr>
        <w:pStyle w:val="Transcript"/>
      </w:pPr>
      <w:r>
        <w:rPr>
          <w:rFonts w:ascii="Noto Sans CJK SC" w:hAnsi="Noto Sans CJK SC" w:eastAsia="Noto Sans CJK SC" w:cs="Noto Sans CJK SC"/>
          <w:b/>
          <w:i w:val="0"/>
          <w:color w:val="000000"/>
        </w:rPr>
        <w:t xml:space="preserve">[00:20:14]  </w:t>
      </w:r>
      <w:r>
        <w:rPr>
          <w:rFonts w:ascii="Noto Sans CJK SC" w:hAnsi="Noto Sans CJK SC" w:eastAsia="Noto Sans CJK SC" w:cs="Noto Sans CJK SC"/>
          <w:b w:val="0"/>
          <w:i w:val="0"/>
          <w:color w:val="000000"/>
        </w:rPr>
        <w:t>全中国当时只有2万多大学生，可以说是天之骄子啊。</w:t>
      </w:r>
    </w:p>
    <w:p>
      <w:pPr>
        <w:pStyle w:val="Transcript"/>
      </w:pPr>
      <w:r>
        <w:rPr>
          <w:rFonts w:ascii="Noto Sans CJK SC" w:hAnsi="Noto Sans CJK SC" w:eastAsia="Noto Sans CJK SC" w:cs="Noto Sans CJK SC"/>
          <w:b/>
          <w:i w:val="0"/>
          <w:color w:val="000000"/>
        </w:rPr>
        <w:t xml:space="preserve">[00:20:19]  </w:t>
      </w:r>
      <w:r>
        <w:rPr>
          <w:rFonts w:ascii="Noto Sans CJK SC" w:hAnsi="Noto Sans CJK SC" w:eastAsia="Noto Sans CJK SC" w:cs="Noto Sans CJK SC"/>
          <w:b w:val="0"/>
          <w:i w:val="0"/>
          <w:color w:val="000000"/>
        </w:rPr>
        <w:t>他是省级高级啊省级高中重点的高中的啊高三的常年带高三的班主任啊。那么在我如果不通过家庭教育的学习呢，我认为我的父亲，他是一位好老师。但是我一直没有认他是我的好爸爸啊。</w:t>
      </w:r>
    </w:p>
    <w:p>
      <w:pPr>
        <w:pStyle w:val="Transcript"/>
      </w:pPr>
      <w:r>
        <w:rPr>
          <w:rFonts w:ascii="Noto Sans CJK SC" w:hAnsi="Noto Sans CJK SC" w:eastAsia="Noto Sans CJK SC" w:cs="Noto Sans CJK SC"/>
          <w:b/>
          <w:i w:val="0"/>
          <w:color w:val="000000"/>
        </w:rPr>
        <w:t xml:space="preserve">[00:20:42]  </w:t>
      </w:r>
      <w:r>
        <w:rPr>
          <w:rFonts w:ascii="Noto Sans CJK SC" w:hAnsi="Noto Sans CJK SC" w:eastAsia="Noto Sans CJK SC" w:cs="Noto Sans CJK SC"/>
          <w:b w:val="0"/>
          <w:i w:val="0"/>
          <w:color w:val="000000"/>
        </w:rPr>
        <w:t>啊啊因为在我的家庭呢，我是觉得我们家庭有我们家庭的潜规则啊，我很多话都是不可以说的啊。今天啊啊我可以说来了深圳这么多年啊，我接触了很多优秀的家长这么多年我在向我身边很多优秀的家长学习啊。</w:t>
      </w:r>
    </w:p>
    <w:p>
      <w:pPr>
        <w:pStyle w:val="Transcript"/>
      </w:pPr>
      <w:r>
        <w:rPr>
          <w:rFonts w:ascii="Noto Sans CJK SC" w:hAnsi="Noto Sans CJK SC" w:eastAsia="Noto Sans CJK SC" w:cs="Noto Sans CJK SC"/>
          <w:b/>
          <w:i w:val="0"/>
          <w:color w:val="000000"/>
        </w:rPr>
        <w:t xml:space="preserve">[00:21:04]  </w:t>
      </w:r>
      <w:r>
        <w:rPr>
          <w:rFonts w:ascii="Noto Sans CJK SC" w:hAnsi="Noto Sans CJK SC" w:eastAsia="Noto Sans CJK SC" w:cs="Noto Sans CJK SC"/>
          <w:b w:val="0"/>
          <w:i w:val="0"/>
          <w:color w:val="000000"/>
        </w:rPr>
        <w:t>我觉得好的家庭它是开放的啊，是允许孩子表达的。第二个创新是允许试错的啊错啊，我们再来我们很多家长朋友，他的这个理念呢，我觉得跟创新是非常贴近的，允许孩子试错。再一个合作。</w:t>
      </w:r>
    </w:p>
    <w:p>
      <w:pPr>
        <w:pStyle w:val="Transcript"/>
      </w:pPr>
      <w:r>
        <w:rPr>
          <w:rFonts w:ascii="Noto Sans CJK SC" w:hAnsi="Noto Sans CJK SC" w:eastAsia="Noto Sans CJK SC" w:cs="Noto Sans CJK SC"/>
          <w:b/>
          <w:i w:val="0"/>
          <w:color w:val="000000"/>
        </w:rPr>
        <w:t xml:space="preserve">[00:21:24]  </w:t>
      </w:r>
      <w:r>
        <w:rPr>
          <w:rFonts w:ascii="Noto Sans CJK SC" w:hAnsi="Noto Sans CJK SC" w:eastAsia="Noto Sans CJK SC" w:cs="Noto Sans CJK SC"/>
          <w:b w:val="0"/>
          <w:i w:val="0"/>
          <w:color w:val="000000"/>
        </w:rPr>
        <w:t>啊，我们整个孩子啊他在成长的阶段呢，在小学阶段，有家长朋友曾经问我，他说老师你觉得什么样的能力重要？</w:t>
      </w:r>
    </w:p>
    <w:p>
      <w:pPr>
        <w:pStyle w:val="Transcript"/>
      </w:pPr>
      <w:r>
        <w:rPr>
          <w:rFonts w:ascii="Noto Sans CJK SC" w:hAnsi="Noto Sans CJK SC" w:eastAsia="Noto Sans CJK SC" w:cs="Noto Sans CJK SC"/>
          <w:b/>
          <w:i w:val="0"/>
          <w:color w:val="000000"/>
        </w:rPr>
        <w:t xml:space="preserve">[00:21:33]  </w:t>
      </w:r>
      <w:r>
        <w:rPr>
          <w:rFonts w:ascii="Noto Sans CJK SC" w:hAnsi="Noto Sans CJK SC" w:eastAsia="Noto Sans CJK SC" w:cs="Noto Sans CJK SC"/>
          <w:b w:val="0"/>
          <w:i w:val="0"/>
          <w:color w:val="000000"/>
        </w:rPr>
        <w:t>我说合作啊，那么不只是孩子，我们在家庭当中，我们夫妻要合作，我们要跟父母合作啊，我们要跟孩子合作。孩子来到学校呢，他要跟更大范围的学校的老师以及同年级的同学，一个班几十个孩子开展合作啊。</w:t>
      </w:r>
    </w:p>
    <w:p>
      <w:pPr>
        <w:pStyle w:val="Transcript"/>
      </w:pPr>
      <w:r>
        <w:rPr>
          <w:rFonts w:ascii="Noto Sans CJK SC" w:hAnsi="Noto Sans CJK SC" w:eastAsia="Noto Sans CJK SC" w:cs="Noto Sans CJK SC"/>
          <w:b/>
          <w:i w:val="0"/>
          <w:color w:val="000000"/>
        </w:rPr>
        <w:t xml:space="preserve">[00:21:56]  </w:t>
      </w:r>
      <w:r>
        <w:rPr>
          <w:rFonts w:ascii="Noto Sans CJK SC" w:hAnsi="Noto Sans CJK SC" w:eastAsia="Noto Sans CJK SC" w:cs="Noto Sans CJK SC"/>
          <w:b w:val="0"/>
          <w:i w:val="0"/>
          <w:color w:val="000000"/>
        </w:rPr>
        <w:t>那么我们最初的蓝图啊最初的模板，最初的模式就是在家庭，我们家规共同定啊。好，那么在我自己的成长经历当中呢，我的父亲呢，他这几点呢他都知道可是我都不敢说啊，因为我知道说了之后的话呢，会可能会有很多啊更加不好的感受啊。</w:t>
      </w:r>
    </w:p>
    <w:p>
      <w:pPr>
        <w:pStyle w:val="Transcript"/>
      </w:pPr>
      <w:r>
        <w:rPr>
          <w:rFonts w:ascii="Noto Sans CJK SC" w:hAnsi="Noto Sans CJK SC" w:eastAsia="Noto Sans CJK SC" w:cs="Noto Sans CJK SC"/>
          <w:b/>
          <w:i w:val="0"/>
          <w:color w:val="000000"/>
        </w:rPr>
        <w:t xml:space="preserve">[00:22:23]  </w:t>
      </w:r>
      <w:r>
        <w:rPr>
          <w:rFonts w:ascii="Noto Sans CJK SC" w:hAnsi="Noto Sans CJK SC" w:eastAsia="Noto Sans CJK SC" w:cs="Noto Sans CJK SC"/>
          <w:b w:val="0"/>
          <w:i w:val="0"/>
          <w:color w:val="000000"/>
        </w:rPr>
        <w:t>啊，我记得前几届我带一个一年级的学生的时候呢，这个小女孩呢啊她的这个来到老师的面前呢，她是满面愁容啊，充满了恐惧啊，整天呢都是非常啊经常都是眼泪汪汪的啊，然后这个学习能力的话呢，相对来说呢也比较弱。</w:t>
      </w:r>
    </w:p>
    <w:p>
      <w:pPr>
        <w:pStyle w:val="Transcript"/>
      </w:pPr>
      <w:r>
        <w:rPr>
          <w:rFonts w:ascii="Noto Sans CJK SC" w:hAnsi="Noto Sans CJK SC" w:eastAsia="Noto Sans CJK SC" w:cs="Noto Sans CJK SC"/>
          <w:b/>
          <w:i w:val="0"/>
          <w:color w:val="000000"/>
        </w:rPr>
        <w:t xml:space="preserve">[00:22:47]  </w:t>
      </w:r>
      <w:r>
        <w:rPr>
          <w:rFonts w:ascii="Noto Sans CJK SC" w:hAnsi="Noto Sans CJK SC" w:eastAsia="Noto Sans CJK SC" w:cs="Noto Sans CJK SC"/>
          <w:b w:val="0"/>
          <w:i w:val="0"/>
          <w:color w:val="000000"/>
        </w:rPr>
        <w:t>啊，然后我就给他妈妈说，我是要正确的对待啊，正确的看一下你这孩子呢哪些方面啊有一些缺陷，或者说是啊不足的地方呢，你要去专业的人做一个专业的判断啊，然后我们目的是为了更早的治疗。然后他的妈妈说啊就立即带他去参加啊。</w:t>
      </w:r>
    </w:p>
    <w:p>
      <w:pPr>
        <w:pStyle w:val="Transcript"/>
      </w:pPr>
      <w:r>
        <w:rPr>
          <w:rFonts w:ascii="Noto Sans CJK SC" w:hAnsi="Noto Sans CJK SC" w:eastAsia="Noto Sans CJK SC" w:cs="Noto Sans CJK SC"/>
          <w:b/>
          <w:i w:val="0"/>
          <w:color w:val="000000"/>
        </w:rPr>
        <w:t xml:space="preserve">[00:23:10]  </w:t>
      </w:r>
      <w:r>
        <w:rPr>
          <w:rFonts w:ascii="Noto Sans CJK SC" w:hAnsi="Noto Sans CJK SC" w:eastAsia="Noto Sans CJK SC" w:cs="Noto Sans CJK SC"/>
          <w:b w:val="0"/>
          <w:i w:val="0"/>
          <w:color w:val="000000"/>
        </w:rPr>
        <w:t>儿童医院的各方面的专家的测试，就是注意力缺陷啊，他说老师，你怎么这个一年级就看得出来。我说其实我觉得你这个孩子可能更早，可能幼儿园啊，甚至在你肚子里的时候就有一些差异啊，跟别的小朋友就有一些差异。他说是啊，他说我在怀孕的时候，我跟他爸爸就。</w:t>
      </w:r>
    </w:p>
    <w:p>
      <w:pPr>
        <w:pStyle w:val="Transcript"/>
      </w:pPr>
      <w:r>
        <w:rPr>
          <w:rFonts w:ascii="Noto Sans CJK SC" w:hAnsi="Noto Sans CJK SC" w:eastAsia="Noto Sans CJK SC" w:cs="Noto Sans CJK SC"/>
          <w:b/>
          <w:i w:val="0"/>
          <w:color w:val="000000"/>
        </w:rPr>
        <w:t xml:space="preserve">[00:23:33]  </w:t>
      </w:r>
      <w:r>
        <w:rPr>
          <w:rFonts w:ascii="Noto Sans CJK SC" w:hAnsi="Noto Sans CJK SC" w:eastAsia="Noto Sans CJK SC" w:cs="Noto Sans CJK SC"/>
          <w:b w:val="0"/>
          <w:i w:val="0"/>
          <w:color w:val="000000"/>
        </w:rPr>
        <w:t>啊，就分手了啊啊，我说其实我们老师做这些建议的话呢，目的是怎么样更有效的支持和帮助到孩子啊。所以我们看一下，其实家庭教育孩子他呈现在老师面前啊，老师经常在想他来自什么样的家庭。</w:t>
      </w:r>
    </w:p>
    <w:p>
      <w:pPr>
        <w:pStyle w:val="Transcript"/>
      </w:pPr>
      <w:r>
        <w:rPr>
          <w:rFonts w:ascii="Noto Sans CJK SC" w:hAnsi="Noto Sans CJK SC" w:eastAsia="Noto Sans CJK SC" w:cs="Noto Sans CJK SC"/>
          <w:b/>
          <w:i w:val="0"/>
          <w:color w:val="000000"/>
        </w:rPr>
        <w:t xml:space="preserve">[00:23:52]  </w:t>
      </w:r>
      <w:r>
        <w:rPr>
          <w:rFonts w:ascii="Noto Sans CJK SC" w:hAnsi="Noto Sans CJK SC" w:eastAsia="Noto Sans CJK SC" w:cs="Noto Sans CJK SC"/>
          <w:b w:val="0"/>
          <w:i w:val="0"/>
          <w:color w:val="000000"/>
        </w:rPr>
        <w:t>啊啊我们说如果每一个孩子都是一粒种子的话呢，其实这粒种子它长得好不好，是跟什么有关呢？跟他关系最紧密的土壤啊有关。</w:t>
      </w:r>
    </w:p>
    <w:p>
      <w:pPr>
        <w:pStyle w:val="Transcript"/>
      </w:pPr>
      <w:r>
        <w:rPr>
          <w:rFonts w:ascii="Noto Sans CJK SC" w:hAnsi="Noto Sans CJK SC" w:eastAsia="Noto Sans CJK SC" w:cs="Noto Sans CJK SC"/>
          <w:b/>
          <w:i w:val="0"/>
          <w:color w:val="000000"/>
        </w:rPr>
        <w:t xml:space="preserve">[00:24:06]  </w:t>
      </w:r>
      <w:r>
        <w:rPr>
          <w:rFonts w:ascii="Noto Sans CJK SC" w:hAnsi="Noto Sans CJK SC" w:eastAsia="Noto Sans CJK SC" w:cs="Noto Sans CJK SC"/>
          <w:b w:val="0"/>
          <w:i w:val="0"/>
          <w:color w:val="000000"/>
        </w:rPr>
        <w:t>啊，那么从现在开始啊，你的孩子走入学校，开始社会化的过程呢，你都开始经历啊，你要跟你的孩子共同开始经历各种情绪啊。熟知的东西未必是真知的。黑格尔的这一句话的话呢，黑格尔这句话对于我来说啊，我之前是没有想过的啊。</w:t>
      </w:r>
    </w:p>
    <w:p>
      <w:pPr>
        <w:pStyle w:val="Transcript"/>
      </w:pPr>
      <w:r>
        <w:rPr>
          <w:rFonts w:ascii="Noto Sans CJK SC" w:hAnsi="Noto Sans CJK SC" w:eastAsia="Noto Sans CJK SC" w:cs="Noto Sans CJK SC"/>
          <w:b/>
          <w:i w:val="0"/>
          <w:color w:val="000000"/>
        </w:rPr>
        <w:t xml:space="preserve">[00:24:28]  </w:t>
      </w:r>
      <w:r>
        <w:rPr>
          <w:rFonts w:ascii="Noto Sans CJK SC" w:hAnsi="Noto Sans CJK SC" w:eastAsia="Noto Sans CJK SC" w:cs="Noto Sans CJK SC"/>
          <w:b w:val="0"/>
          <w:i w:val="0"/>
          <w:color w:val="000000"/>
        </w:rPr>
        <w:t>到我的啊我就觉得就按我父母教我的方式啊啊来教育我的孩子啊，就是至少不会偏差。可是各位家长朋友，在我们现在这个信息爆炸的时代啊，我之前认为离我很遥远的事情，倏忽之间就发生了。</w:t>
      </w:r>
    </w:p>
    <w:p>
      <w:pPr>
        <w:pStyle w:val="Transcript"/>
      </w:pPr>
      <w:r>
        <w:rPr>
          <w:rFonts w:ascii="Noto Sans CJK SC" w:hAnsi="Noto Sans CJK SC" w:eastAsia="Noto Sans CJK SC" w:cs="Noto Sans CJK SC"/>
          <w:b/>
          <w:i w:val="0"/>
          <w:color w:val="000000"/>
        </w:rPr>
        <w:t xml:space="preserve">[00:24:51]  </w:t>
      </w:r>
      <w:r>
        <w:rPr>
          <w:rFonts w:ascii="Noto Sans CJK SC" w:hAnsi="Noto Sans CJK SC" w:eastAsia="Noto Sans CJK SC" w:cs="Noto Sans CJK SC"/>
          <w:b w:val="0"/>
          <w:i w:val="0"/>
          <w:color w:val="000000"/>
        </w:rPr>
        <w:t>啊，所以在我四年级在我的孩子四年级啊一件事情之后呢啊我的身边啊我的耳畔有一个非常清晰的声音，就是我领你成长啊，要立刻转变为我与你成长啊啊我从四年级开始呢，我从我的孩子四年级开始呢，我又开始回到了周边的学堂。</w:t>
      </w:r>
    </w:p>
    <w:p>
      <w:pPr>
        <w:pStyle w:val="Transcript"/>
      </w:pPr>
      <w:r>
        <w:rPr>
          <w:rFonts w:ascii="Noto Sans CJK SC" w:hAnsi="Noto Sans CJK SC" w:eastAsia="Noto Sans CJK SC" w:cs="Noto Sans CJK SC"/>
          <w:b/>
          <w:i w:val="0"/>
          <w:color w:val="000000"/>
        </w:rPr>
        <w:t xml:space="preserve">[00:25:16]  </w:t>
      </w:r>
      <w:r>
        <w:rPr>
          <w:rFonts w:ascii="Noto Sans CJK SC" w:hAnsi="Noto Sans CJK SC" w:eastAsia="Noto Sans CJK SC" w:cs="Noto Sans CJK SC"/>
          <w:b w:val="0"/>
          <w:i w:val="0"/>
          <w:color w:val="000000"/>
        </w:rPr>
        <w:t>啊，甚至我的女儿我在读她在读初中高中的时候，她告诉我说，妈妈，你这段时间不正常你抓紧去听春晖的课啊啊那一直后来到了他初中高中，她的家长学堂呢，我一次都没落下过啊，还获得啊学校的奖状啊啊我想呢每一次回去之后呢，我都没〔此处语句待核〕跟我的孩子分享，哎，今天的课的话呢，我一直坚持啊啊至少妈妈有1到2点体会啊和收获。好，我们来看一下今天的孩子，我们老师说一年跟一年都有很大的差异啊呃现在的孩子是叫新星人类〔概念用字待核〕啊。</w:t>
      </w:r>
    </w:p>
    <w:p>
      <w:pPr>
        <w:pStyle w:val="Transcript"/>
      </w:pPr>
      <w:r>
        <w:rPr>
          <w:rFonts w:ascii="Noto Sans CJK SC" w:hAnsi="Noto Sans CJK SC" w:eastAsia="Noto Sans CJK SC" w:cs="Noto Sans CJK SC"/>
          <w:b/>
          <w:i w:val="0"/>
          <w:color w:val="000000"/>
        </w:rPr>
        <w:t xml:space="preserve">[00:26:00]  </w:t>
      </w:r>
      <w:r>
        <w:rPr>
          <w:rFonts w:ascii="Noto Sans CJK SC" w:hAnsi="Noto Sans CJK SC" w:eastAsia="Noto Sans CJK SC" w:cs="Noto Sans CJK SC"/>
          <w:b w:val="0"/>
          <w:i w:val="0"/>
          <w:color w:val="000000"/>
        </w:rPr>
        <w:t>就是他哎有些特别是一年级的老师说，哎，现在这孩子啊给他放一些这个教学的课件的时候，他都啊提不起他浓厚的兴趣啊，你给他说什么时候，他就是像个老教授啊，就说哎。</w:t>
      </w:r>
    </w:p>
    <w:p>
      <w:pPr>
        <w:pStyle w:val="Transcript"/>
      </w:pPr>
      <w:r>
        <w:rPr>
          <w:rFonts w:ascii="Noto Sans CJK SC" w:hAnsi="Noto Sans CJK SC" w:eastAsia="Noto Sans CJK SC" w:cs="Noto Sans CJK SC"/>
          <w:b/>
          <w:i w:val="0"/>
          <w:color w:val="000000"/>
        </w:rPr>
        <w:t xml:space="preserve">[00:26:16]  </w:t>
      </w:r>
      <w:r>
        <w:rPr>
          <w:rFonts w:ascii="Noto Sans CJK SC" w:hAnsi="Noto Sans CJK SC" w:eastAsia="Noto Sans CJK SC" w:cs="Noto Sans CJK SC"/>
          <w:b w:val="0"/>
          <w:i w:val="0"/>
          <w:color w:val="000000"/>
        </w:rPr>
        <w:t>早几年我就知道了，没意思啊，老灵魂天赋高啊，什么都知道啊。当然现在的学生呢，每一个班级自闭多动和过敏的孩子呢可以说是我啊过往教的啊，在彩田历届几届学生当中啊，我觉得一年比一年高。</w:t>
      </w:r>
    </w:p>
    <w:p>
      <w:pPr>
        <w:pStyle w:val="Transcript"/>
      </w:pPr>
      <w:r>
        <w:rPr>
          <w:rFonts w:ascii="Noto Sans CJK SC" w:hAnsi="Noto Sans CJK SC" w:eastAsia="Noto Sans CJK SC" w:cs="Noto Sans CJK SC"/>
          <w:b/>
          <w:i w:val="0"/>
          <w:color w:val="000000"/>
        </w:rPr>
        <w:t xml:space="preserve">[00:26:38]  </w:t>
      </w:r>
      <w:r>
        <w:rPr>
          <w:rFonts w:ascii="Noto Sans CJK SC" w:hAnsi="Noto Sans CJK SC" w:eastAsia="Noto Sans CJK SC" w:cs="Noto Sans CJK SC"/>
          <w:b w:val="0"/>
          <w:i w:val="0"/>
          <w:color w:val="000000"/>
        </w:rPr>
        <w:t>啊啊那么这跟我们时代有关啊，我们的很多爸爸妈妈的话呢，整个社会生态呢其实我个人认为呢啊父母真的很忙啊，真的没有太多的时间陪伴孩子。所以现在孩子呢他呈现出来的啊个性呢叛逆不听父母的独特啊，我在这里想请各位家长朋友思考一下。我们。</w:t>
      </w:r>
    </w:p>
    <w:p>
      <w:pPr>
        <w:pStyle w:val="Heading1"/>
      </w:pPr>
      <w:r>
        <w:rPr>
          <w:rFonts w:ascii="Noto Sans CJK SC" w:hAnsi="Noto Sans CJK SC" w:eastAsia="Noto Sans CJK SC" w:cs="Noto Sans CJK SC"/>
          <w:b/>
          <w:i w:val="0"/>
          <w:color w:val="000000"/>
        </w:rPr>
        <w:t>家庭教育目标与亲子关系</w:t>
      </w:r>
    </w:p>
    <w:p>
      <w:pPr>
        <w:pStyle w:val="Transcript"/>
      </w:pPr>
      <w:r>
        <w:rPr>
          <w:rFonts w:ascii="Noto Sans CJK SC" w:hAnsi="Noto Sans CJK SC" w:eastAsia="Noto Sans CJK SC" w:cs="Noto Sans CJK SC"/>
          <w:b/>
          <w:i w:val="0"/>
          <w:color w:val="000000"/>
        </w:rPr>
        <w:t xml:space="preserve">[00:27:03]  </w:t>
      </w:r>
      <w:r>
        <w:rPr>
          <w:rFonts w:ascii="Noto Sans CJK SC" w:hAnsi="Noto Sans CJK SC" w:eastAsia="Noto Sans CJK SC" w:cs="Noto Sans CJK SC"/>
          <w:b w:val="0"/>
          <w:i w:val="0"/>
          <w:color w:val="000000"/>
        </w:rPr>
        <w:t>现在大家都知道家庭成就孩子啊，家庭教育你觉得最重要的目标就是你在我们彩田学校6年九年啊，甚至更长远。你觉得你培养孩子最重要的目标是什么啊，我们邀请请陈主任呢把这个麦克风给家长朋友一下啊，哪位家长朋友〔中间词语听辨不清〕有有举手的？哎，今天回去告诉孩子，你说今天妈。</w:t>
      </w:r>
    </w:p>
    <w:p>
      <w:pPr>
        <w:pStyle w:val="Transcript"/>
      </w:pPr>
      <w:r>
        <w:rPr>
          <w:rFonts w:ascii="Noto Sans CJK SC" w:hAnsi="Noto Sans CJK SC" w:eastAsia="Noto Sans CJK SC" w:cs="Noto Sans CJK SC"/>
          <w:b/>
          <w:i w:val="0"/>
          <w:color w:val="000000"/>
        </w:rPr>
        <w:t xml:space="preserve">[00:27:30]  </w:t>
      </w:r>
      <w:r>
        <w:rPr>
          <w:rFonts w:ascii="Noto Sans CJK SC" w:hAnsi="Noto Sans CJK SC" w:eastAsia="Noto Sans CJK SC" w:cs="Noto Sans CJK SC"/>
          <w:b w:val="0"/>
          <w:i w:val="0"/>
          <w:color w:val="000000"/>
        </w:rPr>
        <w:t>第一个举手来啊，今天呢爸爸第一个抢在前面坐了第一排啊，有什么样的感受？好，哪位好，我们把掌声给这位非常仰面啊，满面笑容的妈妈啊，我们深圳就有一种精神敢为天下先啊，我们要传承下去。来啊呃杨老师好，我〔此处有应答交叠〕是。</w:t>
      </w:r>
    </w:p>
    <w:p>
      <w:pPr>
        <w:pStyle w:val="Transcript"/>
      </w:pPr>
      <w:r>
        <w:rPr>
          <w:rFonts w:ascii="Noto Sans CJK SC" w:hAnsi="Noto Sans CJK SC" w:eastAsia="Noto Sans CJK SC" w:cs="Noto Sans CJK SC"/>
          <w:b/>
          <w:i w:val="0"/>
          <w:color w:val="000000"/>
        </w:rPr>
        <w:t xml:space="preserve">[00:27:53]  </w:t>
      </w:r>
      <w:r>
        <w:rPr>
          <w:rFonts w:ascii="Noto Sans CJK SC" w:hAnsi="Noto Sans CJK SC" w:eastAsia="Noto Sans CJK SC" w:cs="Noto Sans CJK SC"/>
          <w:b w:val="0"/>
          <w:i w:val="0"/>
          <w:color w:val="000000"/>
        </w:rPr>
        <w:t>一年级一班〔孩子姓名听辨待核〕的妈妈嗯〔孩子姓名听辨待核〕妈妈你好啊，然后我认为家庭教育最重要的目标是当有一天孩子离开我们之后可以过得更好啊，就是这这个目标是吧？真好非常好，就是孩子离开了我们我们他这一点我现在是有体会啊，就是孩子离开了我们之后呢，他过得比我们还好，对吧？</w:t>
      </w:r>
    </w:p>
    <w:p>
      <w:pPr>
        <w:pStyle w:val="Transcript"/>
      </w:pPr>
      <w:r>
        <w:rPr>
          <w:rFonts w:ascii="Noto Sans CJK SC" w:hAnsi="Noto Sans CJK SC" w:eastAsia="Noto Sans CJK SC" w:cs="Noto Sans CJK SC"/>
          <w:b/>
          <w:i w:val="0"/>
          <w:color w:val="000000"/>
        </w:rPr>
        <w:t xml:space="preserve">[00:28:19]  </w:t>
      </w:r>
      <w:r>
        <w:rPr>
          <w:rFonts w:ascii="Noto Sans CJK SC" w:hAnsi="Noto Sans CJK SC" w:eastAsia="Noto Sans CJK SC" w:cs="Noto Sans CJK SC"/>
          <w:b w:val="0"/>
          <w:i w:val="0"/>
          <w:color w:val="000000"/>
        </w:rPr>
        <w:t>好，我们把掌声送给他啊，谢谢啊啊，我也相信你一定会培育出这样的孩子啊，我们邀请一位爸爸啊，有没有来这位第一位吃螃蟹的啊，第一个敢为天下先的第一个坐第一排的第一个代表爸爸的一年级二班十亿〔孩子姓名用字待核〕的啊，然后呢嗯家庭教育我可能说最。</w:t>
      </w:r>
    </w:p>
    <w:p>
      <w:pPr>
        <w:pStyle w:val="Transcript"/>
      </w:pPr>
      <w:r>
        <w:rPr>
          <w:rFonts w:ascii="Noto Sans CJK SC" w:hAnsi="Noto Sans CJK SC" w:eastAsia="Noto Sans CJK SC" w:cs="Noto Sans CJK SC"/>
          <w:b/>
          <w:i w:val="0"/>
          <w:color w:val="000000"/>
        </w:rPr>
        <w:t xml:space="preserve">[00:28:42]  </w:t>
      </w:r>
      <w:r>
        <w:rPr>
          <w:rFonts w:ascii="Noto Sans CJK SC" w:hAnsi="Noto Sans CJK SC" w:eastAsia="Noto Sans CJK SC" w:cs="Noto Sans CJK SC"/>
          <w:b w:val="0"/>
          <w:i w:val="0"/>
          <w:color w:val="000000"/>
        </w:rPr>
        <w:t>重要看的是当下当下更多的我觉得还是要看见嗯要看得见他啊，看见他照见他，看见他，管理好自己的情绪，去看见他真好，对不对？好，非常感谢我们再一次把掌声传递给这位爸爸哈。好的好，各位家长朋友，我想呢这个是我们啊呃每一位爸爸妈妈呢啊甚至我看今天晚上呢来的还有啊。</w:t>
      </w:r>
    </w:p>
    <w:p>
      <w:pPr>
        <w:pStyle w:val="Transcript"/>
      </w:pPr>
      <w:r>
        <w:rPr>
          <w:rFonts w:ascii="Noto Sans CJK SC" w:hAnsi="Noto Sans CJK SC" w:eastAsia="Noto Sans CJK SC" w:cs="Noto Sans CJK SC"/>
          <w:b/>
          <w:i w:val="0"/>
          <w:color w:val="000000"/>
        </w:rPr>
        <w:t xml:space="preserve">[00:29:08]  </w:t>
      </w:r>
      <w:r>
        <w:rPr>
          <w:rFonts w:ascii="Noto Sans CJK SC" w:hAnsi="Noto Sans CJK SC" w:eastAsia="Noto Sans CJK SC" w:cs="Noto Sans CJK SC"/>
          <w:b w:val="0"/>
          <w:i w:val="0"/>
          <w:color w:val="000000"/>
        </w:rPr>
        <w:t>爷爷奶奶外公外婆啊可以看得出我们这个家庭团队呢队伍非常的庞大啊，那么这个培养出品学兼优、事业有成的孩子啊。好，这个问题之前，我想问一下，你是优秀父母吗？啊，我刚才给各位家长朋友说，我说我在没有参加学习之前啊。</w:t>
      </w:r>
    </w:p>
    <w:p>
      <w:pPr>
        <w:pStyle w:val="Transcript"/>
      </w:pPr>
      <w:r>
        <w:rPr>
          <w:rFonts w:ascii="Noto Sans CJK SC" w:hAnsi="Noto Sans CJK SC" w:eastAsia="Noto Sans CJK SC" w:cs="Noto Sans CJK SC"/>
          <w:b/>
          <w:i w:val="0"/>
          <w:color w:val="000000"/>
        </w:rPr>
        <w:t xml:space="preserve">[00:29:33]  </w:t>
      </w:r>
      <w:r>
        <w:rPr>
          <w:rFonts w:ascii="Noto Sans CJK SC" w:hAnsi="Noto Sans CJK SC" w:eastAsia="Noto Sans CJK SC" w:cs="Noto Sans CJK SC"/>
          <w:b w:val="0"/>
          <w:i w:val="0"/>
          <w:color w:val="000000"/>
        </w:rPr>
        <w:t>啊，没有跟着我的孩子成长之前，我认为我的爸爸他是一位好老师，但是他不是一位好爸爸。</w:t>
      </w:r>
    </w:p>
    <w:p>
      <w:pPr>
        <w:pStyle w:val="Transcript"/>
      </w:pPr>
      <w:r>
        <w:rPr>
          <w:rFonts w:ascii="Noto Sans CJK SC" w:hAnsi="Noto Sans CJK SC" w:eastAsia="Noto Sans CJK SC" w:cs="Noto Sans CJK SC"/>
          <w:b/>
          <w:i w:val="0"/>
          <w:color w:val="000000"/>
        </w:rPr>
        <w:t xml:space="preserve">[00:29:40]  </w:t>
      </w:r>
      <w:r>
        <w:rPr>
          <w:rFonts w:ascii="Noto Sans CJK SC" w:hAnsi="Noto Sans CJK SC" w:eastAsia="Noto Sans CJK SC" w:cs="Noto Sans CJK SC"/>
          <w:b w:val="0"/>
          <w:i w:val="0"/>
          <w:color w:val="000000"/>
        </w:rPr>
        <w:t>啊，可是今年暑假呢，我的父亲他离开了我，永远的离开了我啊。呃，我想呢在我跟他的告别〔仪式名称听辨不清〕会上呢啊我跟我的弟弟啊向他表达啊，你在我们心中是最优秀的爸爸啊，我想呢如果不不通过学习啊，不通过反思，不通过觉察。</w:t>
      </w:r>
    </w:p>
    <w:p>
      <w:pPr>
        <w:pStyle w:val="Transcript"/>
      </w:pPr>
      <w:r>
        <w:rPr>
          <w:rFonts w:ascii="Noto Sans CJK SC" w:hAnsi="Noto Sans CJK SC" w:eastAsia="Noto Sans CJK SC" w:cs="Noto Sans CJK SC"/>
          <w:b/>
          <w:i w:val="0"/>
          <w:color w:val="000000"/>
        </w:rPr>
        <w:t xml:space="preserve">[00:30:06]  </w:t>
      </w:r>
      <w:r>
        <w:rPr>
          <w:rFonts w:ascii="Noto Sans CJK SC" w:hAnsi="Noto Sans CJK SC" w:eastAsia="Noto Sans CJK SC" w:cs="Noto Sans CJK SC"/>
          <w:b w:val="0"/>
          <w:i w:val="0"/>
          <w:color w:val="000000"/>
        </w:rPr>
        <w:t>啊，我想我接不到我父亲的爱啊，当然有些父母对子女的爱呢可能真的是要到离世之后啊才能接到。那么你与子女的关系怎么样啊？家庭教育的问题等于家庭关系问题啊，各位家长朋友，我经历了我的老父亲啊和我的老母亲他们相继离世的过程啊。</w:t>
      </w:r>
    </w:p>
    <w:p>
      <w:pPr>
        <w:pStyle w:val="Transcript"/>
      </w:pPr>
      <w:r>
        <w:rPr>
          <w:rFonts w:ascii="Noto Sans CJK SC" w:hAnsi="Noto Sans CJK SC" w:eastAsia="Noto Sans CJK SC" w:cs="Noto Sans CJK SC"/>
          <w:b/>
          <w:i w:val="0"/>
          <w:color w:val="000000"/>
        </w:rPr>
        <w:t xml:space="preserve">[00:30:32]  </w:t>
      </w:r>
      <w:r>
        <w:rPr>
          <w:rFonts w:ascii="Noto Sans CJK SC" w:hAnsi="Noto Sans CJK SC" w:eastAsia="Noto Sans CJK SC" w:cs="Noto Sans CJK SC"/>
          <w:b w:val="0"/>
          <w:i w:val="0"/>
          <w:color w:val="000000"/>
        </w:rPr>
        <w:t>啊，我想呢人到临终的时候啊，剩下的啊最重要的就是关系啊呃我想跟大家探讨的就是家庭关系啊，我在没学习之前呢，我觉得我跟父母的关系是一种什么关系呢？伦理意义上的父母和子女的关系啊啊刚才说到的。</w:t>
      </w:r>
    </w:p>
    <w:p>
      <w:pPr>
        <w:pStyle w:val="Transcript"/>
      </w:pPr>
      <w:r>
        <w:rPr>
          <w:rFonts w:ascii="Noto Sans CJK SC" w:hAnsi="Noto Sans CJK SC" w:eastAsia="Noto Sans CJK SC" w:cs="Noto Sans CJK SC"/>
          <w:b/>
          <w:i w:val="0"/>
          <w:color w:val="000000"/>
        </w:rPr>
        <w:t xml:space="preserve">[00:30:56]  </w:t>
      </w:r>
      <w:r>
        <w:rPr>
          <w:rFonts w:ascii="Noto Sans CJK SC" w:hAnsi="Noto Sans CJK SC" w:eastAsia="Noto Sans CJK SC" w:cs="Noto Sans CJK SC"/>
          <w:b w:val="0"/>
          <w:i w:val="0"/>
          <w:color w:val="000000"/>
        </w:rPr>
        <w:t>啊，你是否能做子女的榜样？我有家长朋友给我说，老师，你们专业，你教我的孩子读书教他要阅读啊，你要教他运动啊，爹一叫不动，妈叫不动，老师一叫，天摇地动啊，我告诉他，老师能做的是很有限的。</w:t>
      </w:r>
    </w:p>
    <w:p>
      <w:pPr>
        <w:pStyle w:val="Transcript"/>
      </w:pPr>
      <w:r>
        <w:rPr>
          <w:rFonts w:ascii="Noto Sans CJK SC" w:hAnsi="Noto Sans CJK SC" w:eastAsia="Noto Sans CJK SC" w:cs="Noto Sans CJK SC"/>
          <w:b/>
          <w:i w:val="0"/>
          <w:color w:val="000000"/>
        </w:rPr>
        <w:t xml:space="preserve">[00:31:21]  </w:t>
      </w:r>
      <w:r>
        <w:rPr>
          <w:rFonts w:ascii="Noto Sans CJK SC" w:hAnsi="Noto Sans CJK SC" w:eastAsia="Noto Sans CJK SC" w:cs="Noto Sans CJK SC"/>
          <w:b w:val="0"/>
          <w:i w:val="0"/>
          <w:color w:val="000000"/>
        </w:rPr>
        <w:t>啊啊我记得我的孩子读小学一年级的时候呢，我们全家就开始看书啊，8点钟每天半个小时啊。我说如果你不做榜样，你的孩子他很难啊在他的重要养育者身上啊获得养分啊。</w:t>
      </w:r>
    </w:p>
    <w:p>
      <w:pPr>
        <w:pStyle w:val="Transcript"/>
      </w:pPr>
      <w:r>
        <w:rPr>
          <w:rFonts w:ascii="Noto Sans CJK SC" w:hAnsi="Noto Sans CJK SC" w:eastAsia="Noto Sans CJK SC" w:cs="Noto Sans CJK SC"/>
          <w:b/>
          <w:i w:val="0"/>
          <w:color w:val="000000"/>
        </w:rPr>
        <w:t xml:space="preserve">[00:31:43]  </w:t>
      </w:r>
      <w:r>
        <w:rPr>
          <w:rFonts w:ascii="Noto Sans CJK SC" w:hAnsi="Noto Sans CJK SC" w:eastAsia="Noto Sans CJK SC" w:cs="Noto Sans CJK SC"/>
          <w:b w:val="0"/>
          <w:i w:val="0"/>
          <w:color w:val="000000"/>
        </w:rPr>
        <w:t>那么第三个问题，你教育子女的方法有效吗？啊，我们很多家长朋友说，哎，到了六年级说白辛苦〔此处词语听辨不清〕养了一个白眼〔末词听辨不清〕啊啊那我想问的是我想说的是，如果你方法不对，方法不当的话呢，你可以说真的是白辛苦。</w:t>
      </w:r>
    </w:p>
    <w:p>
      <w:pPr>
        <w:pStyle w:val="Transcript"/>
      </w:pPr>
      <w:r>
        <w:rPr>
          <w:rFonts w:ascii="Noto Sans CJK SC" w:hAnsi="Noto Sans CJK SC" w:eastAsia="Noto Sans CJK SC" w:cs="Noto Sans CJK SC"/>
          <w:b/>
          <w:i w:val="0"/>
          <w:color w:val="000000"/>
        </w:rPr>
        <w:t xml:space="preserve">[00:32:05]  </w:t>
      </w:r>
      <w:r>
        <w:rPr>
          <w:rFonts w:ascii="Noto Sans CJK SC" w:hAnsi="Noto Sans CJK SC" w:eastAsia="Noto Sans CJK SC" w:cs="Noto Sans CJK SC"/>
          <w:b w:val="0"/>
          <w:i w:val="0"/>
          <w:color w:val="000000"/>
        </w:rPr>
        <w:t>因为你方向错了啊好，我们来看一下家庭教育的科学性啊，在现在这个时代啊在现在这个时代啊，我们说孩子的心理健康，身心健康，可以说是放在第一位的啊，只有身心健康的孩子，他才未来，他才有可能啊。</w:t>
      </w:r>
    </w:p>
    <w:p>
      <w:pPr>
        <w:pStyle w:val="Transcript"/>
      </w:pPr>
      <w:r>
        <w:rPr>
          <w:rFonts w:ascii="Noto Sans CJK SC" w:hAnsi="Noto Sans CJK SC" w:eastAsia="Noto Sans CJK SC" w:cs="Noto Sans CJK SC"/>
          <w:b/>
          <w:i w:val="0"/>
          <w:color w:val="000000"/>
        </w:rPr>
        <w:t xml:space="preserve">[00:32:28]  </w:t>
      </w:r>
      <w:r>
        <w:rPr>
          <w:rFonts w:ascii="Noto Sans CJK SC" w:hAnsi="Noto Sans CJK SC" w:eastAsia="Noto Sans CJK SC" w:cs="Noto Sans CJK SC"/>
          <w:b w:val="0"/>
          <w:i w:val="0"/>
          <w:color w:val="000000"/>
        </w:rPr>
        <w:t>啊，获得其他几样的元素啊，自信、乐观啊，愉快的学习，成绩优异啊，这几块的话呢是息息相关的啊，他未来才能获得进步，获得成功，获得快乐啊。好，这一个啊我们今天我相信刚才听了两位家长朋友的分享。我相信所有的家长朋友都在。</w:t>
      </w:r>
    </w:p>
    <w:p>
      <w:pPr>
        <w:pStyle w:val="Transcript"/>
      </w:pPr>
      <w:r>
        <w:rPr>
          <w:rFonts w:ascii="Noto Sans CJK SC" w:hAnsi="Noto Sans CJK SC" w:eastAsia="Noto Sans CJK SC" w:cs="Noto Sans CJK SC"/>
          <w:b/>
          <w:i w:val="0"/>
          <w:color w:val="000000"/>
        </w:rPr>
        <w:t xml:space="preserve">[00:32:55]  </w:t>
      </w:r>
      <w:r>
        <w:rPr>
          <w:rFonts w:ascii="Noto Sans CJK SC" w:hAnsi="Noto Sans CJK SC" w:eastAsia="Noto Sans CJK SC" w:cs="Noto Sans CJK SC"/>
          <w:b w:val="0"/>
          <w:i w:val="0"/>
          <w:color w:val="000000"/>
        </w:rPr>
        <w:t>看一些关于心理学方面的书啊，那么当然这一块呢，我们要给孩子做榜样。其实在整个小学阶段，如果你都能培养出孩子他的自我价值感，我是一个有用的人，我是一个有价值的人啊，那么从哪些方面呢啊，我觉得你就那你就算是成功的啊，那。</w:t>
      </w:r>
    </w:p>
    <w:p>
      <w:pPr>
        <w:pStyle w:val="Transcript"/>
      </w:pPr>
      <w:r>
        <w:rPr>
          <w:rFonts w:ascii="Noto Sans CJK SC" w:hAnsi="Noto Sans CJK SC" w:eastAsia="Noto Sans CJK SC" w:cs="Noto Sans CJK SC"/>
          <w:b/>
          <w:i w:val="0"/>
          <w:color w:val="000000"/>
        </w:rPr>
        <w:t xml:space="preserve">[00:33:16]  </w:t>
      </w:r>
      <w:r>
        <w:rPr>
          <w:rFonts w:ascii="Noto Sans CJK SC" w:hAnsi="Noto Sans CJK SC" w:eastAsia="Noto Sans CJK SC" w:cs="Noto Sans CJK SC"/>
          <w:b w:val="0"/>
          <w:i w:val="0"/>
          <w:color w:val="000000"/>
        </w:rPr>
        <w:t>那么第一个我们做父母的每天呈现给孩子的情绪啊，昨天我在啊周边的一个其他学校上课的时候，一位家长说老师我们现在的生存压力真大，我的工作压力也很大。所以每天我回到家，我都把憋了一天的情绪往我的孩子身上撒。</w:t>
      </w:r>
    </w:p>
    <w:p>
      <w:pPr>
        <w:pStyle w:val="Transcript"/>
      </w:pPr>
      <w:r>
        <w:rPr>
          <w:rFonts w:ascii="Noto Sans CJK SC" w:hAnsi="Noto Sans CJK SC" w:eastAsia="Noto Sans CJK SC" w:cs="Noto Sans CJK SC"/>
          <w:b/>
          <w:i w:val="0"/>
          <w:color w:val="000000"/>
        </w:rPr>
        <w:t xml:space="preserve">[00:33:37]  </w:t>
      </w:r>
      <w:r>
        <w:rPr>
          <w:rFonts w:ascii="Noto Sans CJK SC" w:hAnsi="Noto Sans CJK SC" w:eastAsia="Noto Sans CJK SC" w:cs="Noto Sans CJK SC"/>
          <w:b w:val="0"/>
          <w:i w:val="0"/>
          <w:color w:val="000000"/>
        </w:rPr>
        <w:t>啊，那么各位家长朋友啊，我告诉他，我说我每天最重要的情绪就是让我的家人开心啊，先把我的家人给哄开心啊。那么第二个的话呢，就是孩子他对事情的看法。</w:t>
      </w:r>
    </w:p>
    <w:p>
      <w:pPr>
        <w:pStyle w:val="Transcript"/>
      </w:pPr>
      <w:r>
        <w:rPr>
          <w:rFonts w:ascii="Noto Sans CJK SC" w:hAnsi="Noto Sans CJK SC" w:eastAsia="Noto Sans CJK SC" w:cs="Noto Sans CJK SC"/>
          <w:b/>
          <w:i w:val="0"/>
          <w:color w:val="000000"/>
        </w:rPr>
        <w:t xml:space="preserve">[00:33:55]  </w:t>
      </w:r>
      <w:r>
        <w:rPr>
          <w:rFonts w:ascii="Noto Sans CJK SC" w:hAnsi="Noto Sans CJK SC" w:eastAsia="Noto Sans CJK SC" w:cs="Noto Sans CJK SC"/>
          <w:b w:val="0"/>
          <w:i w:val="0"/>
          <w:color w:val="000000"/>
        </w:rPr>
        <w:t>道理和逻辑啊，他觉得这一个集体在家之外是有很多很多的人，很多的老师，很多的同学是可以值得我们去信任的啊，是可以带给我幸福的。那么这些是从哪些方面传递出来呢？都是从我们的家长，当然还有言谈举止啊。</w:t>
      </w:r>
    </w:p>
    <w:p>
      <w:pPr>
        <w:pStyle w:val="Transcript"/>
      </w:pPr>
      <w:r>
        <w:rPr>
          <w:rFonts w:ascii="Noto Sans CJK SC" w:hAnsi="Noto Sans CJK SC" w:eastAsia="Noto Sans CJK SC" w:cs="Noto Sans CJK SC"/>
          <w:b/>
          <w:i w:val="0"/>
          <w:color w:val="000000"/>
        </w:rPr>
        <w:t xml:space="preserve">[00:34:16]  </w:t>
      </w:r>
      <w:r>
        <w:rPr>
          <w:rFonts w:ascii="Noto Sans CJK SC" w:hAnsi="Noto Sans CJK SC" w:eastAsia="Noto Sans CJK SC" w:cs="Noto Sans CJK SC"/>
          <w:b w:val="0"/>
          <w:i w:val="0"/>
          <w:color w:val="000000"/>
        </w:rPr>
        <w:t>啊啊我了解的是周边有学校的这个家长朋友，年轻的家长朋友哈啊因为害怕孩子干什么呢？在学校被欺负的话呢，那么我们年轻的爸爸妈妈的话呢，很想为孩子做一些事，于是相约在公园门口打架。</w:t>
      </w:r>
    </w:p>
    <w:p>
      <w:pPr>
        <w:pStyle w:val="Transcript"/>
      </w:pPr>
      <w:r>
        <w:rPr>
          <w:rFonts w:ascii="Noto Sans CJK SC" w:hAnsi="Noto Sans CJK SC" w:eastAsia="Noto Sans CJK SC" w:cs="Noto Sans CJK SC"/>
          <w:b/>
          <w:i w:val="0"/>
          <w:color w:val="000000"/>
        </w:rPr>
        <w:t xml:space="preserve">[00:34:34]  </w:t>
      </w:r>
      <w:r>
        <w:rPr>
          <w:rFonts w:ascii="Noto Sans CJK SC" w:hAnsi="Noto Sans CJK SC" w:eastAsia="Noto Sans CJK SC" w:cs="Noto Sans CJK SC"/>
          <w:b w:val="0"/>
          <w:i w:val="0"/>
          <w:color w:val="000000"/>
        </w:rPr>
        <w:t>啊，那这样的呢这个孩子哈，你从小对他的过度保护的这样的行为的话呢，会以后成为他成长路上的绊脚石，甚至影响到他的亲密关系啊。好，我们来看一下，其实我们今天我们所有的努力都是为了幸福。</w:t>
      </w:r>
    </w:p>
    <w:p>
      <w:pPr>
        <w:pStyle w:val="Transcript"/>
      </w:pPr>
      <w:r>
        <w:rPr>
          <w:rFonts w:ascii="Noto Sans CJK SC" w:hAnsi="Noto Sans CJK SC" w:eastAsia="Noto Sans CJK SC" w:cs="Noto Sans CJK SC"/>
          <w:b/>
          <w:i w:val="0"/>
          <w:color w:val="000000"/>
        </w:rPr>
        <w:t xml:space="preserve">[00:34:57]  </w:t>
      </w:r>
      <w:r>
        <w:rPr>
          <w:rFonts w:ascii="Noto Sans CJK SC" w:hAnsi="Noto Sans CJK SC" w:eastAsia="Noto Sans CJK SC" w:cs="Noto Sans CJK SC"/>
          <w:b w:val="0"/>
          <w:i w:val="0"/>
          <w:color w:val="000000"/>
        </w:rPr>
        <w:t>啊，我们工作，我们努力，我们拼搏。我想呢啊我们父母和子女之间很重要的。</w:t>
      </w:r>
    </w:p>
    <w:p>
      <w:pPr>
        <w:pStyle w:val="Transcript"/>
      </w:pPr>
      <w:r>
        <w:rPr>
          <w:rFonts w:ascii="Noto Sans CJK SC" w:hAnsi="Noto Sans CJK SC" w:eastAsia="Noto Sans CJK SC" w:cs="Noto Sans CJK SC"/>
          <w:b/>
          <w:i w:val="0"/>
          <w:color w:val="000000"/>
        </w:rPr>
        <w:t xml:space="preserve">[00:35:06]  </w:t>
      </w:r>
      <w:r>
        <w:rPr>
          <w:rFonts w:ascii="Noto Sans CJK SC" w:hAnsi="Noto Sans CJK SC" w:eastAsia="Noto Sans CJK SC" w:cs="Noto Sans CJK SC"/>
          <w:b w:val="0"/>
          <w:i w:val="0"/>
          <w:color w:val="000000"/>
        </w:rPr>
        <w:t>啊，我们也是希望有了子女呢可以让我们更加的幸福。那一个人的幸福和什么有关呢？和亲密关系啊，那么父母他可以做高心理素质的好榜样啊呃我曾经有因为在彩田呢，我带的真的是啊啊孩子，我的学生跟第。</w:t>
      </w:r>
    </w:p>
    <w:p>
      <w:pPr>
        <w:pStyle w:val="Transcript"/>
      </w:pPr>
      <w:r>
        <w:rPr>
          <w:rFonts w:ascii="Noto Sans CJK SC" w:hAnsi="Noto Sans CJK SC" w:eastAsia="Noto Sans CJK SC" w:cs="Noto Sans CJK SC"/>
          <w:b/>
          <w:i w:val="0"/>
          <w:color w:val="000000"/>
        </w:rPr>
        <w:t xml:space="preserve">[00:35:31]  </w:t>
      </w:r>
      <w:r>
        <w:rPr>
          <w:rFonts w:ascii="Noto Sans CJK SC" w:hAnsi="Noto Sans CJK SC" w:eastAsia="Noto Sans CJK SC" w:cs="Noto Sans CJK SC"/>
          <w:b w:val="0"/>
          <w:i w:val="0"/>
          <w:color w:val="000000"/>
        </w:rPr>
        <w:t>第一届学生跟啊现在的孩子之间相差可以说是啊相差差不多十几岁了哈，我最大的学生33岁了啊啊，那么这个孩子呢会老师很幸福的事情，就是经常会啊回来跟老师分享啊分享他的家庭，在家庭生活当中的一些感受啊。</w:t>
      </w:r>
    </w:p>
    <w:p>
      <w:pPr>
        <w:pStyle w:val="Transcript"/>
      </w:pPr>
      <w:r>
        <w:rPr>
          <w:rFonts w:ascii="Noto Sans CJK SC" w:hAnsi="Noto Sans CJK SC" w:eastAsia="Noto Sans CJK SC" w:cs="Noto Sans CJK SC"/>
          <w:b/>
          <w:i w:val="0"/>
          <w:color w:val="000000"/>
        </w:rPr>
        <w:t xml:space="preserve">[00:35:56]  </w:t>
      </w:r>
      <w:r>
        <w:rPr>
          <w:rFonts w:ascii="Noto Sans CJK SC" w:hAnsi="Noto Sans CJK SC" w:eastAsia="Noto Sans CJK SC" w:cs="Noto Sans CJK SC"/>
          <w:b w:val="0"/>
          <w:i w:val="0"/>
          <w:color w:val="000000"/>
        </w:rPr>
        <w:t>那么这个孩子说啊，有我记得有一个孩子给我说，他去了实验，他说老师啊，他说其实我给你说心里话，我不敢给父母说，我挺想爸妈离婚的啊啊，我说为啥？他说因为父母说等我高考完再离婚啊，他说他们从来没有因为我们这个家庭去做一些调整和改变。</w:t>
      </w:r>
    </w:p>
    <w:p>
      <w:pPr>
        <w:pStyle w:val="Transcript"/>
      </w:pPr>
      <w:r>
        <w:rPr>
          <w:rFonts w:ascii="Noto Sans CJK SC" w:hAnsi="Noto Sans CJK SC" w:eastAsia="Noto Sans CJK SC" w:cs="Noto Sans CJK SC"/>
          <w:b/>
          <w:i w:val="0"/>
          <w:color w:val="000000"/>
        </w:rPr>
        <w:t xml:space="preserve">[00:36:18]  </w:t>
      </w:r>
      <w:r>
        <w:rPr>
          <w:rFonts w:ascii="Noto Sans CJK SC" w:hAnsi="Noto Sans CJK SC" w:eastAsia="Noto Sans CJK SC" w:cs="Noto Sans CJK SC"/>
          <w:b w:val="0"/>
          <w:i w:val="0"/>
          <w:color w:val="000000"/>
        </w:rPr>
        <w:t>啊，那么甚至我在彩田教的第一届第二届学生，现在已经30多岁了，怎么样呢啊，不拍拖啊，他说不结婚，他说老师，你别奉献了〔此处词语待核〕啊，以后我们都不生孩子了他说因为爸妈就那样啊，我在家庭生活当中我也感受不到幸福啊，那么各位家长朋友，我想说的是。</w:t>
      </w:r>
    </w:p>
    <w:p>
      <w:pPr>
        <w:pStyle w:val="Transcript"/>
      </w:pPr>
      <w:r>
        <w:rPr>
          <w:rFonts w:ascii="Noto Sans CJK SC" w:hAnsi="Noto Sans CJK SC" w:eastAsia="Noto Sans CJK SC" w:cs="Noto Sans CJK SC"/>
          <w:b/>
          <w:i w:val="0"/>
          <w:color w:val="000000"/>
        </w:rPr>
        <w:t xml:space="preserve">[00:36:42]  </w:t>
      </w:r>
      <w:r>
        <w:rPr>
          <w:rFonts w:ascii="Noto Sans CJK SC" w:hAnsi="Noto Sans CJK SC" w:eastAsia="Noto Sans CJK SC" w:cs="Noto Sans CJK SC"/>
          <w:b w:val="0"/>
          <w:i w:val="0"/>
          <w:color w:val="000000"/>
        </w:rPr>
        <w:t>孩子和父母的关系深刻的影响着未来的亲密关系和人际关系啊，我的女儿她在读研究生的时候呢，她拍拖啊，我就啊很多的担忧〔中间一字听辨不清〕和害怕、焦虑啊，直到她告诉我，她说妈妈啊，我的男朋友，我现在找的这男朋，因为我一直没见过啊。</w:t>
      </w:r>
    </w:p>
    <w:p>
      <w:pPr>
        <w:pStyle w:val="Transcript"/>
      </w:pPr>
      <w:r>
        <w:rPr>
          <w:rFonts w:ascii="Noto Sans CJK SC" w:hAnsi="Noto Sans CJK SC" w:eastAsia="Noto Sans CJK SC" w:cs="Noto Sans CJK SC"/>
          <w:b/>
          <w:i w:val="0"/>
          <w:color w:val="000000"/>
        </w:rPr>
        <w:t xml:space="preserve">[00:37:05]  </w:t>
      </w:r>
      <w:r>
        <w:rPr>
          <w:rFonts w:ascii="Noto Sans CJK SC" w:hAnsi="Noto Sans CJK SC" w:eastAsia="Noto Sans CJK SC" w:cs="Noto Sans CJK SC"/>
          <w:b w:val="0"/>
          <w:i w:val="0"/>
          <w:color w:val="000000"/>
        </w:rPr>
        <w:t>他说他就像爸爸啊，跟爸爸一样爱干净，跟爸爸一样切菜的时候很认真啊。当他说这样一句话的时候，我心安了啊。所以这个孩子啊，我们说他在找这个亲密关系的时候都在找什么，找他的啊，都在找父母。</w:t>
      </w:r>
    </w:p>
    <w:p>
      <w:pPr>
        <w:pStyle w:val="Transcript"/>
      </w:pPr>
      <w:r>
        <w:rPr>
          <w:rFonts w:ascii="Noto Sans CJK SC" w:hAnsi="Noto Sans CJK SC" w:eastAsia="Noto Sans CJK SC" w:cs="Noto Sans CJK SC"/>
          <w:b/>
          <w:i w:val="0"/>
          <w:color w:val="000000"/>
        </w:rPr>
        <w:t xml:space="preserve">[00:37:28]  </w:t>
      </w:r>
      <w:r>
        <w:rPr>
          <w:rFonts w:ascii="Noto Sans CJK SC" w:hAnsi="Noto Sans CJK SC" w:eastAsia="Noto Sans CJK SC" w:cs="Noto Sans CJK SC"/>
          <w:b w:val="0"/>
          <w:i w:val="0"/>
          <w:color w:val="000000"/>
        </w:rPr>
        <w:t>啊啊父母改变的是孩子改变最大的动力啊，我有家长朋友呃说他说哎，都50岁了，都40多了，怎么能改变呢？他说孩子还小啊，我想说的是啊我们的改变是孩子最大的动力？其实改变和成长随时随地发生。</w:t>
      </w:r>
    </w:p>
    <w:p>
      <w:pPr>
        <w:pStyle w:val="Transcript"/>
      </w:pPr>
      <w:r>
        <w:rPr>
          <w:rFonts w:ascii="Noto Sans CJK SC" w:hAnsi="Noto Sans CJK SC" w:eastAsia="Noto Sans CJK SC" w:cs="Noto Sans CJK SC"/>
          <w:b/>
          <w:i w:val="0"/>
          <w:color w:val="000000"/>
        </w:rPr>
        <w:t xml:space="preserve">[00:37:50]  </w:t>
      </w:r>
      <w:r>
        <w:rPr>
          <w:rFonts w:ascii="Noto Sans CJK SC" w:hAnsi="Noto Sans CJK SC" w:eastAsia="Noto Sans CJK SC" w:cs="Noto Sans CJK SC"/>
          <w:b w:val="0"/>
          <w:i w:val="0"/>
          <w:color w:val="000000"/>
        </w:rPr>
        <w:t>啊，那么我们父母的生活可以说就是孩子的未来。我们有家长朋友说我就差不多了啊，那主要是看孩子嘛啊，我整个心思都在孩子身上啊，我想告诉各位家长朋友啊，我们才是孩子的未来啊，我们现在怎么活，我们将来我们的孩子就怎么过。</w:t>
      </w:r>
    </w:p>
    <w:p>
      <w:pPr>
        <w:pStyle w:val="Transcript"/>
      </w:pPr>
      <w:r>
        <w:rPr>
          <w:rFonts w:ascii="Noto Sans CJK SC" w:hAnsi="Noto Sans CJK SC" w:eastAsia="Noto Sans CJK SC" w:cs="Noto Sans CJK SC"/>
          <w:b/>
          <w:i w:val="0"/>
          <w:color w:val="000000"/>
        </w:rPr>
        <w:t xml:space="preserve">[00:38:15]  </w:t>
      </w:r>
      <w:r>
        <w:rPr>
          <w:rFonts w:ascii="Noto Sans CJK SC" w:hAnsi="Noto Sans CJK SC" w:eastAsia="Noto Sans CJK SC" w:cs="Noto Sans CJK SC"/>
          <w:b w:val="0"/>
          <w:i w:val="0"/>
          <w:color w:val="000000"/>
        </w:rPr>
        <w:t>啊啊我更想说的是你的孩子，他在成长的每一个阶段，都以他的行为在告诉你当年在他那么大的时候，你所经历的情绪啊，这一点你要有觉察啊，那么整个小学阶段，我们来看一下，我刚才说的是习惯的培养。</w:t>
      </w:r>
    </w:p>
    <w:p>
      <w:pPr>
        <w:pStyle w:val="Heading1"/>
      </w:pPr>
      <w:r>
        <w:rPr>
          <w:rFonts w:ascii="Noto Sans CJK SC" w:hAnsi="Noto Sans CJK SC" w:eastAsia="Noto Sans CJK SC" w:cs="Noto Sans CJK SC"/>
          <w:b/>
          <w:i w:val="0"/>
          <w:color w:val="000000"/>
        </w:rPr>
        <w:t>小学阶段的习惯 人际交往与情绪</w:t>
      </w:r>
    </w:p>
    <w:p>
      <w:pPr>
        <w:pStyle w:val="Transcript"/>
      </w:pPr>
      <w:r>
        <w:rPr>
          <w:rFonts w:ascii="Noto Sans CJK SC" w:hAnsi="Noto Sans CJK SC" w:eastAsia="Noto Sans CJK SC" w:cs="Noto Sans CJK SC"/>
          <w:b/>
          <w:i w:val="0"/>
          <w:color w:val="000000"/>
        </w:rPr>
        <w:t xml:space="preserve">[00:38:40]  </w:t>
      </w:r>
      <w:r>
        <w:rPr>
          <w:rFonts w:ascii="Noto Sans CJK SC" w:hAnsi="Noto Sans CJK SC" w:eastAsia="Noto Sans CJK SC" w:cs="Noto Sans CJK SC"/>
          <w:b w:val="0"/>
          <w:i w:val="0"/>
          <w:color w:val="000000"/>
        </w:rPr>
        <w:t>啊，学习习惯的养成啊，学习能力的提升这几点。第二个人际交往啊。</w:t>
      </w:r>
    </w:p>
    <w:p>
      <w:pPr>
        <w:pStyle w:val="Transcript"/>
      </w:pPr>
      <w:r>
        <w:rPr>
          <w:rFonts w:ascii="Noto Sans CJK SC" w:hAnsi="Noto Sans CJK SC" w:eastAsia="Noto Sans CJK SC" w:cs="Noto Sans CJK SC"/>
          <w:b/>
          <w:i w:val="0"/>
          <w:color w:val="000000"/>
        </w:rPr>
        <w:t xml:space="preserve">[00:38:47]  </w:t>
      </w:r>
      <w:r>
        <w:rPr>
          <w:rFonts w:ascii="Noto Sans CJK SC" w:hAnsi="Noto Sans CJK SC" w:eastAsia="Noto Sans CJK SC" w:cs="Noto Sans CJK SC"/>
          <w:b w:val="0"/>
          <w:i w:val="0"/>
          <w:color w:val="000000"/>
        </w:rPr>
        <w:t>呃，现在孩子呢说回到家呢，爸爸妈妈就三句话啊，三句话呢，因为父母很忙啊，我曾经统计过一个班上大概有3分之1的孩子每天跟爸爸妈妈在一起吃饭的不到3分之1啊，所以我觉得今天晚上啊每一年我们。</w:t>
      </w:r>
    </w:p>
    <w:p>
      <w:pPr>
        <w:pStyle w:val="Transcript"/>
      </w:pPr>
      <w:r>
        <w:rPr>
          <w:rFonts w:ascii="Noto Sans CJK SC" w:hAnsi="Noto Sans CJK SC" w:eastAsia="Noto Sans CJK SC" w:cs="Noto Sans CJK SC"/>
          <w:b/>
          <w:i w:val="0"/>
          <w:color w:val="000000"/>
        </w:rPr>
        <w:t xml:space="preserve">[00:39:08]  </w:t>
      </w:r>
      <w:r>
        <w:rPr>
          <w:rFonts w:ascii="Noto Sans CJK SC" w:hAnsi="Noto Sans CJK SC" w:eastAsia="Noto Sans CJK SC" w:cs="Noto Sans CJK SC"/>
          <w:b w:val="0"/>
          <w:i w:val="0"/>
          <w:color w:val="000000"/>
        </w:rPr>
        <w:t>彩田的家长真的是很有觉悟的啊，每一年的春晖家长学校呢，但到场的家长朋友都算是〔此处词语听辨不清〕，都算是很高的啊。</w:t>
      </w:r>
    </w:p>
    <w:p>
      <w:pPr>
        <w:pStyle w:val="Transcript"/>
      </w:pPr>
      <w:r>
        <w:rPr>
          <w:rFonts w:ascii="Noto Sans CJK SC" w:hAnsi="Noto Sans CJK SC" w:eastAsia="Noto Sans CJK SC" w:cs="Noto Sans CJK SC"/>
          <w:b/>
          <w:i w:val="0"/>
          <w:color w:val="000000"/>
        </w:rPr>
        <w:t xml:space="preserve">[00:39:19]  </w:t>
      </w:r>
      <w:r>
        <w:rPr>
          <w:rFonts w:ascii="Noto Sans CJK SC" w:hAnsi="Noto Sans CJK SC" w:eastAsia="Noto Sans CJK SC" w:cs="Noto Sans CJK SC"/>
          <w:b w:val="0"/>
          <w:i w:val="0"/>
          <w:color w:val="000000"/>
        </w:rPr>
        <w:t>呃，那么孩子说爸爸妈妈经常跟他说的三句话是什么呢？啊，作业写完没有啊啊，考试多少分呀啊，赶紧去睡觉啊。然后呢啊这个孩子在成长过程当中呢，他真的啊这家长说他说我现在面临的在这样一个时代焦虑的时代。</w:t>
      </w:r>
    </w:p>
    <w:p>
      <w:pPr>
        <w:pStyle w:val="Transcript"/>
      </w:pPr>
      <w:r>
        <w:rPr>
          <w:rFonts w:ascii="Noto Sans CJK SC" w:hAnsi="Noto Sans CJK SC" w:eastAsia="Noto Sans CJK SC" w:cs="Noto Sans CJK SC"/>
          <w:b/>
          <w:i w:val="0"/>
          <w:color w:val="000000"/>
        </w:rPr>
        <w:t xml:space="preserve">[00:39:43]  </w:t>
      </w:r>
      <w:r>
        <w:rPr>
          <w:rFonts w:ascii="Noto Sans CJK SC" w:hAnsi="Noto Sans CJK SC" w:eastAsia="Noto Sans CJK SC" w:cs="Noto Sans CJK SC"/>
          <w:b w:val="0"/>
          <w:i w:val="0"/>
          <w:color w:val="000000"/>
        </w:rPr>
        <w:t>啊，他说我要面对很多很多的问题，我的压力比孩子大多了啊，我说错，孩子有孩子的难啊。孩子他在这个阶段，我记得我的孩子读小学一年级的时候，我当时教六年级啊啊从那读小学一年级开始，我就给孩子布置的作业就开始少了。</w:t>
      </w:r>
    </w:p>
    <w:p>
      <w:pPr>
        <w:pStyle w:val="Transcript"/>
      </w:pPr>
      <w:r>
        <w:rPr>
          <w:rFonts w:ascii="Noto Sans CJK SC" w:hAnsi="Noto Sans CJK SC" w:eastAsia="Noto Sans CJK SC" w:cs="Noto Sans CJK SC"/>
          <w:b/>
          <w:i w:val="0"/>
          <w:color w:val="000000"/>
        </w:rPr>
        <w:t xml:space="preserve">[00:40:06]  </w:t>
      </w:r>
      <w:r>
        <w:rPr>
          <w:rFonts w:ascii="Noto Sans CJK SC" w:hAnsi="Noto Sans CJK SC" w:eastAsia="Noto Sans CJK SC" w:cs="Noto Sans CJK SC"/>
          <w:b w:val="0"/>
          <w:i w:val="0"/>
          <w:color w:val="000000"/>
        </w:rPr>
        <w:t>为啥我觉得真难啊啊，那么呃你看在这样的孩子，他在碰到一年级碰到很多每天有大量的信息刺激他的时候，他真的不知道无所适从啊，他不知道怎么办啊。那么我们家长要陪伴他，要告诉他如何与人交往。</w:t>
      </w:r>
    </w:p>
    <w:p>
      <w:pPr>
        <w:pStyle w:val="Transcript"/>
      </w:pPr>
      <w:r>
        <w:rPr>
          <w:rFonts w:ascii="Noto Sans CJK SC" w:hAnsi="Noto Sans CJK SC" w:eastAsia="Noto Sans CJK SC" w:cs="Noto Sans CJK SC"/>
          <w:b/>
          <w:i w:val="0"/>
          <w:color w:val="000000"/>
        </w:rPr>
        <w:t xml:space="preserve">[00:40:29]  </w:t>
      </w:r>
      <w:r>
        <w:rPr>
          <w:rFonts w:ascii="Noto Sans CJK SC" w:hAnsi="Noto Sans CJK SC" w:eastAsia="Noto Sans CJK SC" w:cs="Noto Sans CJK SC"/>
          <w:b w:val="0"/>
          <w:i w:val="0"/>
          <w:color w:val="000000"/>
        </w:rPr>
        <w:t>啊，学习处理常见的人际冲突，获得归属感和自尊啊啊我教的学生呢，他在一年级的时候呢，这个啊呃从整个小学阶段都是父母为他，甚至家里的爷爷奶奶为他遮风挡雨啊。所以现在到了初中之后呢，我无数次的提醒他的家长，我说不要参与孩子的事情。</w:t>
      </w:r>
    </w:p>
    <w:p>
      <w:pPr>
        <w:pStyle w:val="Transcript"/>
      </w:pPr>
      <w:r>
        <w:rPr>
          <w:rFonts w:ascii="Noto Sans CJK SC" w:hAnsi="Noto Sans CJK SC" w:eastAsia="Noto Sans CJK SC" w:cs="Noto Sans CJK SC"/>
          <w:b/>
          <w:i w:val="0"/>
          <w:color w:val="000000"/>
        </w:rPr>
        <w:t xml:space="preserve">[00:40:52]  </w:t>
      </w:r>
      <w:r>
        <w:rPr>
          <w:rFonts w:ascii="Noto Sans CJK SC" w:hAnsi="Noto Sans CJK SC" w:eastAsia="Noto Sans CJK SC" w:cs="Noto Sans CJK SC"/>
          <w:b w:val="0"/>
          <w:i w:val="0"/>
          <w:color w:val="000000"/>
        </w:rPr>
        <w:t>啊，那现在到了呃初中之后呢，他的爸爸妈妈跟我回馈的是，他说哎呀，老师真的小学真的应该〔听辨不清〕。他说现在我的孩子说的最多的就是我不行啊，我不能啊，我没用，因为什么呢？在小学阶段错过了最重要的时期，养成教育阶段一二年级。</w:t>
      </w:r>
    </w:p>
    <w:p>
      <w:pPr>
        <w:pStyle w:val="Transcript"/>
      </w:pPr>
      <w:r>
        <w:rPr>
          <w:rFonts w:ascii="Noto Sans CJK SC" w:hAnsi="Noto Sans CJK SC" w:eastAsia="Noto Sans CJK SC" w:cs="Noto Sans CJK SC"/>
          <w:b/>
          <w:i w:val="0"/>
          <w:color w:val="000000"/>
        </w:rPr>
        <w:t xml:space="preserve">[00:41:14]  </w:t>
      </w:r>
      <w:r>
        <w:rPr>
          <w:rFonts w:ascii="Noto Sans CJK SC" w:hAnsi="Noto Sans CJK SC" w:eastAsia="Noto Sans CJK SC" w:cs="Noto Sans CJK SC"/>
          <w:b w:val="0"/>
          <w:i w:val="0"/>
          <w:color w:val="000000"/>
        </w:rPr>
        <w:t>啊，那么孩子在成长的过程当中呢要有空间啊，让他可以跟自己玩，也可以跟外面的人玩。不能身边只有父母啊，所以我们说家怎么样呢？一年级的孩子呢，有些孩子他不愿意来上学啊，整天哭啊，那就是什么家太好了啊，我们说家不能太好。</w:t>
      </w:r>
    </w:p>
    <w:p>
      <w:pPr>
        <w:pStyle w:val="Transcript"/>
      </w:pPr>
      <w:r>
        <w:rPr>
          <w:rFonts w:ascii="Noto Sans CJK SC" w:hAnsi="Noto Sans CJK SC" w:eastAsia="Noto Sans CJK SC" w:cs="Noto Sans CJK SC"/>
          <w:b/>
          <w:i w:val="0"/>
          <w:color w:val="000000"/>
        </w:rPr>
        <w:t xml:space="preserve">[00:41:37]  </w:t>
      </w:r>
      <w:r>
        <w:rPr>
          <w:rFonts w:ascii="Noto Sans CJK SC" w:hAnsi="Noto Sans CJK SC" w:eastAsia="Noto Sans CJK SC" w:cs="Noto Sans CJK SC"/>
          <w:b w:val="0"/>
          <w:i w:val="0"/>
          <w:color w:val="000000"/>
        </w:rPr>
        <w:t>好啊，刚刚好才是最好啊，再一个呢处理处理了不良的情绪啊，怎么样控制自己的行为，培养自信心啊，归根结底就是我们说就是开始了他这个在小学阶段开始培养他心理健康的一个绝对标准就是他是能不能适应环境啊，也就是未来他的社会化的程度啊。我们来看一下一年级的小朋友。</w:t>
      </w:r>
    </w:p>
    <w:p>
      <w:pPr>
        <w:pStyle w:val="Transcript"/>
      </w:pPr>
      <w:r>
        <w:rPr>
          <w:rFonts w:ascii="Noto Sans CJK SC" w:hAnsi="Noto Sans CJK SC" w:eastAsia="Noto Sans CJK SC" w:cs="Noto Sans CJK SC"/>
          <w:b/>
          <w:i w:val="0"/>
          <w:color w:val="000000"/>
        </w:rPr>
        <w:t xml:space="preserve">[00:42:05]  </w:t>
      </w:r>
      <w:r>
        <w:rPr>
          <w:rFonts w:ascii="Noto Sans CJK SC" w:hAnsi="Noto Sans CJK SC" w:eastAsia="Noto Sans CJK SC" w:cs="Noto Sans CJK SC"/>
          <w:b w:val="0"/>
          <w:i w:val="0"/>
          <w:color w:val="000000"/>
        </w:rPr>
        <w:t>啊，他其实呢他进入了小学，他一小孩在幼儿园，幼儿园是以保教为主的啊，我们小学的话开始呢是有学习任务的啊，那么教育部啊国家的话呢，他有专门的课程标准，一年级可以达到什么样的程度啊？其实一年级的这个小孩的话呢，他的兴奋和不安是同在的啊。</w:t>
      </w:r>
    </w:p>
    <w:p>
      <w:pPr>
        <w:pStyle w:val="Transcript"/>
      </w:pPr>
      <w:r>
        <w:rPr>
          <w:rFonts w:ascii="Noto Sans CJK SC" w:hAnsi="Noto Sans CJK SC" w:eastAsia="Noto Sans CJK SC" w:cs="Noto Sans CJK SC"/>
          <w:b/>
          <w:i w:val="0"/>
          <w:color w:val="000000"/>
        </w:rPr>
        <w:t xml:space="preserve">[00:42:26]  </w:t>
      </w:r>
      <w:r>
        <w:rPr>
          <w:rFonts w:ascii="Noto Sans CJK SC" w:hAnsi="Noto Sans CJK SC" w:eastAsia="Noto Sans CJK SC" w:cs="Noto Sans CJK SC"/>
          <w:b w:val="0"/>
          <w:i w:val="0"/>
          <w:color w:val="000000"/>
        </w:rPr>
        <w:t>啊，注意力呢不能持久啊，但是呢行为习惯的差异非常大。你看这个一年级的小孩子，他的甚至到了六年级。</w:t>
      </w:r>
    </w:p>
    <w:p>
      <w:pPr>
        <w:pStyle w:val="Transcript"/>
      </w:pPr>
      <w:r>
        <w:rPr>
          <w:rFonts w:ascii="Noto Sans CJK SC" w:hAnsi="Noto Sans CJK SC" w:eastAsia="Noto Sans CJK SC" w:cs="Noto Sans CJK SC"/>
          <w:b/>
          <w:i w:val="0"/>
          <w:color w:val="000000"/>
        </w:rPr>
        <w:t xml:space="preserve">[00:42:36]  </w:t>
      </w:r>
      <w:r>
        <w:rPr>
          <w:rFonts w:ascii="Noto Sans CJK SC" w:hAnsi="Noto Sans CJK SC" w:eastAsia="Noto Sans CJK SC" w:cs="Noto Sans CJK SC"/>
          <w:b w:val="0"/>
          <w:i w:val="0"/>
          <w:color w:val="000000"/>
        </w:rPr>
        <w:t>甚至到初中啊，不整理书包啊，老师怎么说家里呢啊我在这里呢给各位家长朋友推荐一本书，讲到这里叫做优秀是训练出来的啊。我们一年级的老师呢可以说都是精兵强将啊。</w:t>
      </w:r>
    </w:p>
    <w:p>
      <w:pPr>
        <w:pStyle w:val="Transcript"/>
      </w:pPr>
      <w:r>
        <w:rPr>
          <w:rFonts w:ascii="Noto Sans CJK SC" w:hAnsi="Noto Sans CJK SC" w:eastAsia="Noto Sans CJK SC" w:cs="Noto Sans CJK SC"/>
          <w:b/>
          <w:i w:val="0"/>
          <w:color w:val="000000"/>
        </w:rPr>
        <w:t xml:space="preserve">[00:42:54]  </w:t>
      </w:r>
      <w:r>
        <w:rPr>
          <w:rFonts w:ascii="Noto Sans CJK SC" w:hAnsi="Noto Sans CJK SC" w:eastAsia="Noto Sans CJK SC" w:cs="Noto Sans CJK SC"/>
          <w:b w:val="0"/>
          <w:i w:val="0"/>
          <w:color w:val="000000"/>
        </w:rPr>
        <w:t>学校对一年级的老师的话呢是非常重视的。我们说一年级的老师抓孩子的话呢，一定不是讲大道理，一定是抓什么细节啊。同样的，我们家长呢也是抓孩子的细节，比如说训练它如何收拾书包。这一本书叫做优秀是训练出来的啊，我觉得是非常重要的，一定要去训练它。</w:t>
      </w:r>
    </w:p>
    <w:p>
      <w:pPr>
        <w:pStyle w:val="Transcript"/>
      </w:pPr>
      <w:r>
        <w:rPr>
          <w:rFonts w:ascii="Noto Sans CJK SC" w:hAnsi="Noto Sans CJK SC" w:eastAsia="Noto Sans CJK SC" w:cs="Noto Sans CJK SC"/>
          <w:b/>
          <w:i w:val="0"/>
          <w:color w:val="000000"/>
        </w:rPr>
        <w:t xml:space="preserve">[00:43:17]  </w:t>
      </w:r>
      <w:r>
        <w:rPr>
          <w:rFonts w:ascii="Noto Sans CJK SC" w:hAnsi="Noto Sans CJK SC" w:eastAsia="Noto Sans CJK SC" w:cs="Noto Sans CJK SC"/>
          <w:b w:val="0"/>
          <w:i w:val="0"/>
          <w:color w:val="000000"/>
        </w:rPr>
        <w:t>啊，那么你看一下这个孩子的话呢，有爸爸妈妈在带的这个过程，他的书写呢是完全不一样的那他获得的自信心和自尊呢也是不一样的啊。好，我们来看一下好的家庭呢，其实浓缩为六句话。</w:t>
      </w:r>
    </w:p>
    <w:p>
      <w:pPr>
        <w:pStyle w:val="Heading1"/>
      </w:pPr>
      <w:r>
        <w:rPr>
          <w:rFonts w:ascii="Noto Sans CJK SC" w:hAnsi="Noto Sans CJK SC" w:eastAsia="Noto Sans CJK SC" w:cs="Noto Sans CJK SC"/>
          <w:b/>
          <w:i w:val="0"/>
          <w:color w:val="000000"/>
        </w:rPr>
        <w:t>家长学习 倾听与陪伴</w:t>
      </w:r>
    </w:p>
    <w:p>
      <w:pPr>
        <w:pStyle w:val="Transcript"/>
      </w:pPr>
      <w:r>
        <w:rPr>
          <w:rFonts w:ascii="Noto Sans CJK SC" w:hAnsi="Noto Sans CJK SC" w:eastAsia="Noto Sans CJK SC" w:cs="Noto Sans CJK SC"/>
          <w:b/>
          <w:i w:val="0"/>
          <w:color w:val="000000"/>
        </w:rPr>
        <w:t xml:space="preserve">[00:43:34]  </w:t>
      </w:r>
      <w:r>
        <w:rPr>
          <w:rFonts w:ascii="Noto Sans CJK SC" w:hAnsi="Noto Sans CJK SC" w:eastAsia="Noto Sans CJK SC" w:cs="Noto Sans CJK SC"/>
          <w:b w:val="0"/>
          <w:i w:val="0"/>
          <w:color w:val="000000"/>
        </w:rPr>
        <w:t>这个是我们的莫言啊莫言说的学习父母之道啊，带头学习成为终身学习者啊啊我的孩子他在这个呃高三那一年啊，我就看了十几本书啊，那么在孩子在教育孩子这上面呢，我们说好父母呢，他是费尽心思的啊。</w:t>
      </w:r>
    </w:p>
    <w:p>
      <w:pPr>
        <w:pStyle w:val="Transcript"/>
      </w:pPr>
      <w:r>
        <w:rPr>
          <w:rFonts w:ascii="Noto Sans CJK SC" w:hAnsi="Noto Sans CJK SC" w:eastAsia="Noto Sans CJK SC" w:cs="Noto Sans CJK SC"/>
          <w:b/>
          <w:i w:val="0"/>
          <w:color w:val="000000"/>
        </w:rPr>
        <w:t xml:space="preserve">[00:44:00]  </w:t>
      </w:r>
      <w:r>
        <w:rPr>
          <w:rFonts w:ascii="Noto Sans CJK SC" w:hAnsi="Noto Sans CJK SC" w:eastAsia="Noto Sans CJK SC" w:cs="Noto Sans CJK SC"/>
          <w:b w:val="0"/>
          <w:i w:val="0"/>
          <w:color w:val="000000"/>
        </w:rPr>
        <w:t>啊，但是我们说所有的我们给孩子孩子传递的都是孩子的功劳啊，我们知道我们教育的最终的目的是要让孩子知道我能行啊，是要证明我们的孩子有多厉害，而不是证明我们有多厉害啊。所以孩子的习惯呢有意无意的培养出来的啊。好的父母呢他能成为孩子学习上的啊。</w:t>
      </w:r>
    </w:p>
    <w:p>
      <w:pPr>
        <w:pStyle w:val="Transcript"/>
      </w:pPr>
      <w:r>
        <w:rPr>
          <w:rFonts w:ascii="Noto Sans CJK SC" w:hAnsi="Noto Sans CJK SC" w:eastAsia="Noto Sans CJK SC" w:cs="Noto Sans CJK SC"/>
          <w:b/>
          <w:i w:val="0"/>
          <w:color w:val="000000"/>
        </w:rPr>
        <w:t xml:space="preserve">[00:44:24]  </w:t>
      </w:r>
      <w:r>
        <w:rPr>
          <w:rFonts w:ascii="Noto Sans CJK SC" w:hAnsi="Noto Sans CJK SC" w:eastAsia="Noto Sans CJK SC" w:cs="Noto Sans CJK SC"/>
          <w:b w:val="0"/>
          <w:i w:val="0"/>
          <w:color w:val="000000"/>
        </w:rPr>
        <w:t>导师啊，各位家长朋友，这个是我的孩子，他在小学啊，我们从三年级开始写作文到六年级啊，就是四五年级呢，他的作文甚至更早了，一年级开始写周记啊啊我们看一下一个班级的孩子，他的作文水平呢，其实啊我相信我们深圳家长的话呢，他的这种高学历啊，还有高功能呢是完全。</w:t>
      </w:r>
    </w:p>
    <w:p>
      <w:pPr>
        <w:pStyle w:val="Transcript"/>
      </w:pPr>
      <w:r>
        <w:rPr>
          <w:rFonts w:ascii="Noto Sans CJK SC" w:hAnsi="Noto Sans CJK SC" w:eastAsia="Noto Sans CJK SC" w:cs="Noto Sans CJK SC"/>
          <w:b/>
          <w:i w:val="0"/>
          <w:color w:val="000000"/>
        </w:rPr>
        <w:t xml:space="preserve">[00:44:49]  </w:t>
      </w:r>
      <w:r>
        <w:rPr>
          <w:rFonts w:ascii="Noto Sans CJK SC" w:hAnsi="Noto Sans CJK SC" w:eastAsia="Noto Sans CJK SC" w:cs="Noto Sans CJK SC"/>
          <w:b w:val="0"/>
          <w:i w:val="0"/>
          <w:color w:val="000000"/>
        </w:rPr>
        <w:t>应对小学阶段孩子他的行为习惯培养呢啊是完全是足够的啊。呃，你看一下，这个是他在小学阶段啊，他的作文呢，我给他精批细改啊。我的孩子从初一开始到高二呢，他没有参加过任何的培训啊，为我省了很多补习的费用。当然他说他给自己省时间。</w:t>
      </w:r>
    </w:p>
    <w:p>
      <w:pPr>
        <w:pStyle w:val="Transcript"/>
      </w:pPr>
      <w:r>
        <w:rPr>
          <w:rFonts w:ascii="Noto Sans CJK SC" w:hAnsi="Noto Sans CJK SC" w:eastAsia="Noto Sans CJK SC" w:cs="Noto Sans CJK SC"/>
          <w:b/>
          <w:i w:val="0"/>
          <w:color w:val="000000"/>
        </w:rPr>
        <w:t xml:space="preserve">[00:45:13]  </w:t>
      </w:r>
      <w:r>
        <w:rPr>
          <w:rFonts w:ascii="Noto Sans CJK SC" w:hAnsi="Noto Sans CJK SC" w:eastAsia="Noto Sans CJK SC" w:cs="Noto Sans CJK SC"/>
          <w:b w:val="0"/>
          <w:i w:val="0"/>
          <w:color w:val="000000"/>
        </w:rPr>
        <w:t>啊，没有参加过任何的补习班啊。好，那么你看一下这一个啊，呃你想老师一个人对几十个和你一个人对一个哪一个效果更好呢？啊啊我想呃一定是单对的啊呃优秀的孩子，我所有班上啊跟行为习惯的话呢，我说都是家长的功能。</w:t>
      </w:r>
    </w:p>
    <w:p>
      <w:pPr>
        <w:pStyle w:val="Transcript"/>
      </w:pPr>
      <w:r>
        <w:rPr>
          <w:rFonts w:ascii="Noto Sans CJK SC" w:hAnsi="Noto Sans CJK SC" w:eastAsia="Noto Sans CJK SC" w:cs="Noto Sans CJK SC"/>
          <w:b/>
          <w:i w:val="0"/>
          <w:color w:val="000000"/>
        </w:rPr>
        <w:t xml:space="preserve">[00:45:37]  </w:t>
      </w:r>
      <w:r>
        <w:rPr>
          <w:rFonts w:ascii="Noto Sans CJK SC" w:hAnsi="Noto Sans CJK SC" w:eastAsia="Noto Sans CJK SC" w:cs="Noto Sans CJK SC"/>
          <w:b w:val="0"/>
          <w:i w:val="0"/>
          <w:color w:val="000000"/>
        </w:rPr>
        <w:t>啊，那么耐心倾听，向孩子学习，读懂孩子这本书啊，我想给各位家长朋友说的是听是最大的贡献啊。我们很有一些家一些学生给我说，他说我爸爸妈妈就喜欢给我讲道理啊，一天给我讲两个小时，3个小时我都听不懂啊，他说烦死了。</w:t>
      </w:r>
    </w:p>
    <w:p>
      <w:pPr>
        <w:pStyle w:val="Transcript"/>
      </w:pPr>
      <w:r>
        <w:rPr>
          <w:rFonts w:ascii="Noto Sans CJK SC" w:hAnsi="Noto Sans CJK SC" w:eastAsia="Noto Sans CJK SC" w:cs="Noto Sans CJK SC"/>
          <w:b/>
          <w:i w:val="0"/>
          <w:color w:val="000000"/>
        </w:rPr>
        <w:t xml:space="preserve">[00:45:59]  </w:t>
      </w:r>
      <w:r>
        <w:rPr>
          <w:rFonts w:ascii="Noto Sans CJK SC" w:hAnsi="Noto Sans CJK SC" w:eastAsia="Noto Sans CJK SC" w:cs="Noto Sans CJK SC"/>
          <w:b w:val="0"/>
          <w:i w:val="0"/>
          <w:color w:val="000000"/>
        </w:rPr>
        <w:t>啊，喋喋不休的讲啊，我的孩子读初中的时候啊，他回来告诉我，他说妈妈，我们同学几个女孩子，我们在一块聊天的时候，他们说想要你这样一位妈妈，啊，我说为什么？他说因为他们的妈妈都是老师。</w:t>
      </w:r>
    </w:p>
    <w:p>
      <w:pPr>
        <w:pStyle w:val="Transcript"/>
      </w:pPr>
      <w:r>
        <w:rPr>
          <w:rFonts w:ascii="Noto Sans CJK SC" w:hAnsi="Noto Sans CJK SC" w:eastAsia="Noto Sans CJK SC" w:cs="Noto Sans CJK SC"/>
          <w:b/>
          <w:i w:val="0"/>
          <w:color w:val="000000"/>
        </w:rPr>
        <w:t xml:space="preserve">[00:46:21]  </w:t>
      </w:r>
      <w:r>
        <w:rPr>
          <w:rFonts w:ascii="Noto Sans CJK SC" w:hAnsi="Noto Sans CJK SC" w:eastAsia="Noto Sans CJK SC" w:cs="Noto Sans CJK SC"/>
          <w:b w:val="0"/>
          <w:i w:val="0"/>
          <w:color w:val="000000"/>
        </w:rPr>
        <w:t>你才是妈妈啊啊，我说为什么呢？因为他说他们的妈妈都整天给他们讲道理，只有你愿意花时间听我说话啊。那么现在的生态的话呢，事实上是什么呢？越来越多的把学校变成家啊，比如说每天啊。</w:t>
      </w:r>
    </w:p>
    <w:p>
      <w:pPr>
        <w:pStyle w:val="Transcript"/>
      </w:pPr>
      <w:r>
        <w:rPr>
          <w:rFonts w:ascii="Noto Sans CJK SC" w:hAnsi="Noto Sans CJK SC" w:eastAsia="Noto Sans CJK SC" w:cs="Noto Sans CJK SC"/>
          <w:b/>
          <w:i w:val="0"/>
          <w:color w:val="000000"/>
        </w:rPr>
        <w:t xml:space="preserve">[00:46:44]  </w:t>
      </w:r>
      <w:r>
        <w:rPr>
          <w:rFonts w:ascii="Noto Sans CJK SC" w:hAnsi="Noto Sans CJK SC" w:eastAsia="Noto Sans CJK SC" w:cs="Noto Sans CJK SC"/>
          <w:b w:val="0"/>
          <w:i w:val="0"/>
          <w:color w:val="000000"/>
        </w:rPr>
        <w:t>啊，学校中午孩子也在学校，下午晚上啊都在学校啊。那么我们说一个孩子的话呢，如果他跟父母啊，我们可以想象一下，他的父母的时间越少啊。那么这个孩子未来成长啊，他的重要养育人都经常不在他身边的话，他是很容易出问题的。</w:t>
      </w:r>
    </w:p>
    <w:p>
      <w:pPr>
        <w:pStyle w:val="Transcript"/>
      </w:pPr>
      <w:r>
        <w:rPr>
          <w:rFonts w:ascii="Noto Sans CJK SC" w:hAnsi="Noto Sans CJK SC" w:eastAsia="Noto Sans CJK SC" w:cs="Noto Sans CJK SC"/>
          <w:b/>
          <w:i w:val="0"/>
          <w:color w:val="000000"/>
        </w:rPr>
        <w:t xml:space="preserve">[00:47:08]  </w:t>
      </w:r>
      <w:r>
        <w:rPr>
          <w:rFonts w:ascii="Noto Sans CJK SC" w:hAnsi="Noto Sans CJK SC" w:eastAsia="Noto Sans CJK SC" w:cs="Noto Sans CJK SC"/>
          <w:b w:val="0"/>
          <w:i w:val="0"/>
          <w:color w:val="000000"/>
        </w:rPr>
        <w:t>啊呃，来看一下啊，我的孩子跟我说，他说妈妈只有你愿意听我说话，我们很多家长啊，我们很多妈妈他都是在做老师，不停的教孩子要做什么，做什么，做什么啊，听才能读懂孩子这一本书啊啊，我相信孩子所有人是有本能的。</w:t>
      </w:r>
    </w:p>
    <w:p>
      <w:pPr>
        <w:pStyle w:val="Transcript"/>
      </w:pPr>
      <w:r>
        <w:rPr>
          <w:rFonts w:ascii="Noto Sans CJK SC" w:hAnsi="Noto Sans CJK SC" w:eastAsia="Noto Sans CJK SC" w:cs="Noto Sans CJK SC"/>
          <w:b/>
          <w:i w:val="0"/>
          <w:color w:val="000000"/>
        </w:rPr>
        <w:t xml:space="preserve">[00:47:30]  </w:t>
      </w:r>
      <w:r>
        <w:rPr>
          <w:rFonts w:ascii="Noto Sans CJK SC" w:hAnsi="Noto Sans CJK SC" w:eastAsia="Noto Sans CJK SC" w:cs="Noto Sans CJK SC"/>
          <w:b w:val="0"/>
          <w:i w:val="0"/>
          <w:color w:val="000000"/>
        </w:rPr>
        <w:t>人的啊所有行为的背后呢，他都有正面的动机啊，那么好的成就的话呢，事实上都是通过父母的行为。每天你传递给孩子什么样的行为啊，划进了孩子的骨骨肉里面。你比如说啊我在春晖这个家长学堂呢十多年啊，我说我给上啊1万〔数量待核，另一次识别为十万〕的家长啊，上过关于家庭。</w:t>
      </w:r>
    </w:p>
    <w:p>
      <w:pPr>
        <w:pStyle w:val="Transcript"/>
      </w:pPr>
      <w:r>
        <w:rPr>
          <w:rFonts w:ascii="Noto Sans CJK SC" w:hAnsi="Noto Sans CJK SC" w:eastAsia="Noto Sans CJK SC" w:cs="Noto Sans CJK SC"/>
          <w:b/>
          <w:i w:val="0"/>
          <w:color w:val="000000"/>
        </w:rPr>
        <w:t xml:space="preserve">[00:47:56]  </w:t>
      </w:r>
      <w:r>
        <w:rPr>
          <w:rFonts w:ascii="Noto Sans CJK SC" w:hAnsi="Noto Sans CJK SC" w:eastAsia="Noto Sans CJK SC" w:cs="Noto Sans CJK SC"/>
          <w:b w:val="0"/>
          <w:i w:val="0"/>
          <w:color w:val="000000"/>
        </w:rPr>
        <w:t>家长学堂的讲课啊，那么我说我们每一个人都无法摆脱服务社会的命运啊，我经常会跟我的啊孩子在一个一起聊。哎呀，我说今天碰到什么样的家长啊，那自然而然的我的孩子到了啊大学去去了港大之后，他就参加了那个福家社团〔名称用字待核〕。</w:t>
      </w:r>
    </w:p>
    <w:p>
      <w:pPr>
        <w:pStyle w:val="Transcript"/>
      </w:pPr>
      <w:r>
        <w:rPr>
          <w:rFonts w:ascii="Noto Sans CJK SC" w:hAnsi="Noto Sans CJK SC" w:eastAsia="Noto Sans CJK SC" w:cs="Noto Sans CJK SC"/>
          <w:b/>
          <w:i w:val="0"/>
          <w:color w:val="000000"/>
        </w:rPr>
        <w:t xml:space="preserve">[00:48:17]  </w:t>
      </w:r>
      <w:r>
        <w:rPr>
          <w:rFonts w:ascii="Noto Sans CJK SC" w:hAnsi="Noto Sans CJK SC" w:eastAsia="Noto Sans CJK SC" w:cs="Noto Sans CJK SC"/>
          <w:b w:val="0"/>
          <w:i w:val="0"/>
          <w:color w:val="000000"/>
        </w:rPr>
        <w:t>啊，福家社团〔名称用字待核〕就是专门关注中国4000万的留守儿童啊，没有父母在的啊。我记得当时他就说他说妈妈我也想去做义工啊啊，我也想因为别人因为我的存在啊而获得一些幸福，获得一些温情温暖。</w:t>
      </w:r>
    </w:p>
    <w:p>
      <w:pPr>
        <w:pStyle w:val="Transcript"/>
      </w:pPr>
      <w:r>
        <w:rPr>
          <w:rFonts w:ascii="Noto Sans CJK SC" w:hAnsi="Noto Sans CJK SC" w:eastAsia="Noto Sans CJK SC" w:cs="Noto Sans CJK SC"/>
          <w:b/>
          <w:i w:val="0"/>
          <w:color w:val="000000"/>
        </w:rPr>
        <w:t xml:space="preserve">[00:48:36]  </w:t>
      </w:r>
      <w:r>
        <w:rPr>
          <w:rFonts w:ascii="Noto Sans CJK SC" w:hAnsi="Noto Sans CJK SC" w:eastAsia="Noto Sans CJK SC" w:cs="Noto Sans CJK SC"/>
          <w:b w:val="0"/>
          <w:i w:val="0"/>
          <w:color w:val="000000"/>
        </w:rPr>
        <w:t>啊，那么当时我记得当时他读大一的时候，我给他买了一双新皮鞋啊，他可以选择可以选择什么呢？可以选择在福田的高尚社区，还可以去龙岗的一个相对来说啊，就是整个社区的条件不算很好的。我说你选择去哪里。他说我跟我们的同学商量，我们要去龙岗，因为那边的人他的物质条件不是很好的情况之下，可能我们去对他更能。</w:t>
      </w:r>
    </w:p>
    <w:p>
      <w:pPr>
        <w:pStyle w:val="Transcript"/>
      </w:pPr>
      <w:r>
        <w:rPr>
          <w:rFonts w:ascii="Noto Sans CJK SC" w:hAnsi="Noto Sans CJK SC" w:eastAsia="Noto Sans CJK SC" w:cs="Noto Sans CJK SC"/>
          <w:b/>
          <w:i w:val="0"/>
          <w:color w:val="000000"/>
        </w:rPr>
        <w:t xml:space="preserve">[00:49:04]  </w:t>
      </w:r>
      <w:r>
        <w:rPr>
          <w:rFonts w:ascii="Noto Sans CJK SC" w:hAnsi="Noto Sans CJK SC" w:eastAsia="Noto Sans CJK SC" w:cs="Noto Sans CJK SC"/>
          <w:b w:val="0"/>
          <w:i w:val="0"/>
          <w:color w:val="000000"/>
        </w:rPr>
        <w:t>点亮他的心灯啊，那天回来之后呢，他穿着新皮鞋怎么了？脚上打了啊，把他的那个脚上打这个磨起了很大的水泡啊，可是他给我说，他说这是小事啊，很开心啊，我想呢这些很重要的，都是通过父母的行为啊。</w:t>
      </w:r>
    </w:p>
    <w:p>
      <w:pPr>
        <w:pStyle w:val="Transcript"/>
      </w:pPr>
      <w:r>
        <w:rPr>
          <w:rFonts w:ascii="Noto Sans CJK SC" w:hAnsi="Noto Sans CJK SC" w:eastAsia="Noto Sans CJK SC" w:cs="Noto Sans CJK SC"/>
          <w:b/>
          <w:i w:val="0"/>
          <w:color w:val="000000"/>
        </w:rPr>
        <w:t xml:space="preserve">[00:49:27]  </w:t>
      </w:r>
      <w:r>
        <w:rPr>
          <w:rFonts w:ascii="Noto Sans CJK SC" w:hAnsi="Noto Sans CJK SC" w:eastAsia="Noto Sans CJK SC" w:cs="Noto Sans CJK SC"/>
          <w:b w:val="0"/>
          <w:i w:val="0"/>
          <w:color w:val="000000"/>
        </w:rPr>
        <w:t>化进了孩子的血肉里面啊，这个呢是我整个小学阶段呢，我是真的是每天都在盯他的啊，就是啊如何刚才这位爸爸说的如何看见孩子的努力啊，那么你看这些我都给他他整个小学阶段的语文书，我一直都在给他保留。</w:t>
      </w:r>
    </w:p>
    <w:p>
      <w:pPr>
        <w:pStyle w:val="Transcript"/>
      </w:pPr>
      <w:r>
        <w:rPr>
          <w:rFonts w:ascii="Noto Sans CJK SC" w:hAnsi="Noto Sans CJK SC" w:eastAsia="Noto Sans CJK SC" w:cs="Noto Sans CJK SC"/>
          <w:b/>
          <w:i w:val="0"/>
          <w:color w:val="000000"/>
        </w:rPr>
        <w:t xml:space="preserve">[00:49:44]  </w:t>
      </w:r>
      <w:r>
        <w:rPr>
          <w:rFonts w:ascii="Noto Sans CJK SC" w:hAnsi="Noto Sans CJK SC" w:eastAsia="Noto Sans CJK SC" w:cs="Noto Sans CJK SC"/>
          <w:b w:val="0"/>
          <w:i w:val="0"/>
          <w:color w:val="000000"/>
        </w:rPr>
        <w:t>保留起来的啊啊我觉得这些对于我来说啊，我们家长啊朋友，我现在可以告诉你啊啊有家长说，哎呀，老师这个是不是一年级弄完了，我就可以解放了啊啊三年级呢五年级呢啊，我想说你要做孩子的终身父母。</w:t>
      </w:r>
    </w:p>
    <w:p>
      <w:pPr>
        <w:pStyle w:val="Transcript"/>
      </w:pPr>
      <w:r>
        <w:rPr>
          <w:rFonts w:ascii="Noto Sans CJK SC" w:hAnsi="Noto Sans CJK SC" w:eastAsia="Noto Sans CJK SC" w:cs="Noto Sans CJK SC"/>
          <w:b/>
          <w:i w:val="0"/>
          <w:color w:val="000000"/>
        </w:rPr>
        <w:t xml:space="preserve">[00:50:07]  </w:t>
      </w:r>
      <w:r>
        <w:rPr>
          <w:rFonts w:ascii="Noto Sans CJK SC" w:hAnsi="Noto Sans CJK SC" w:eastAsia="Noto Sans CJK SC" w:cs="Noto Sans CJK SC"/>
          <w:b w:val="0"/>
          <w:i w:val="0"/>
          <w:color w:val="000000"/>
        </w:rPr>
        <w:t>啊，如果你到老去的时候，或者说像我这样50多岁，你的孩子每天还有很多事情跟你分享啊，那你就是非常有能量啊。那么你看一下这个呢，我的孩子他在整个小学阶段的话呢，这是他的语文书上的笔记啊啊我觉得带孩子虽然辛苦哈啊。</w:t>
      </w:r>
    </w:p>
    <w:p>
      <w:pPr>
        <w:pStyle w:val="Transcript"/>
      </w:pPr>
      <w:r>
        <w:rPr>
          <w:rFonts w:ascii="Noto Sans CJK SC" w:hAnsi="Noto Sans CJK SC" w:eastAsia="Noto Sans CJK SC" w:cs="Noto Sans CJK SC"/>
          <w:b/>
          <w:i w:val="0"/>
          <w:color w:val="000000"/>
        </w:rPr>
        <w:t xml:space="preserve">[00:50:29]  </w:t>
      </w:r>
      <w:r>
        <w:rPr>
          <w:rFonts w:ascii="Noto Sans CJK SC" w:hAnsi="Noto Sans CJK SC" w:eastAsia="Noto Sans CJK SC" w:cs="Noto Sans CJK SC"/>
          <w:b w:val="0"/>
          <w:i w:val="0"/>
          <w:color w:val="000000"/>
        </w:rPr>
        <w:t>啊对于我来说，现在回想起来，我孩子呢可能是有时候一个月见上一面啊，因为工作非常忙，他经常都是啊八九点、九十点才下班啊啊那对于我来说呢，其实陪伴孩子成长真的是人生当中啊，最有爱、最美好、最充实。</w:t>
      </w:r>
    </w:p>
    <w:p>
      <w:pPr>
        <w:pStyle w:val="Transcript"/>
      </w:pPr>
      <w:r>
        <w:rPr>
          <w:rFonts w:ascii="Noto Sans CJK SC" w:hAnsi="Noto Sans CJK SC" w:eastAsia="Noto Sans CJK SC" w:cs="Noto Sans CJK SC"/>
          <w:b/>
          <w:i w:val="0"/>
          <w:color w:val="000000"/>
        </w:rPr>
        <w:t xml:space="preserve">[00:50:51]  </w:t>
      </w:r>
      <w:r>
        <w:rPr>
          <w:rFonts w:ascii="Noto Sans CJK SC" w:hAnsi="Noto Sans CJK SC" w:eastAsia="Noto Sans CJK SC" w:cs="Noto Sans CJK SC"/>
          <w:b w:val="0"/>
          <w:i w:val="0"/>
          <w:color w:val="000000"/>
        </w:rPr>
        <w:t>最有乐趣的阶段啊，孩子这个阶段呢非常需要你。其实过了这个阶段，他就会想方设法的干什么远离你。</w:t>
      </w:r>
    </w:p>
    <w:p>
      <w:pPr>
        <w:pStyle w:val="Transcript"/>
      </w:pPr>
      <w:r>
        <w:rPr>
          <w:rFonts w:ascii="Noto Sans CJK SC" w:hAnsi="Noto Sans CJK SC" w:eastAsia="Noto Sans CJK SC" w:cs="Noto Sans CJK SC"/>
          <w:b/>
          <w:i w:val="0"/>
          <w:color w:val="000000"/>
        </w:rPr>
        <w:t xml:space="preserve">[00:51:00]  </w:t>
      </w:r>
      <w:r>
        <w:rPr>
          <w:rFonts w:ascii="Noto Sans CJK SC" w:hAnsi="Noto Sans CJK SC" w:eastAsia="Noto Sans CJK SC" w:cs="Noto Sans CJK SC"/>
          <w:b w:val="0"/>
          <w:i w:val="0"/>
          <w:color w:val="000000"/>
        </w:rPr>
        <w:t>啊，他又有他的世界啊，那么当时呢我的孩子他是整个啊他是他们的单科状元啊，所以这是他的笔记呢，他的老师给他拿回去啊，我讲的这就是小学阶段形成的很珍贵的品质，就是叫认真与耐心啊。</w:t>
      </w:r>
    </w:p>
    <w:p>
      <w:pPr>
        <w:pStyle w:val="Transcript"/>
      </w:pPr>
      <w:r>
        <w:rPr>
          <w:rFonts w:ascii="Noto Sans CJK SC" w:hAnsi="Noto Sans CJK SC" w:eastAsia="Noto Sans CJK SC" w:cs="Noto Sans CJK SC"/>
          <w:b/>
          <w:i w:val="0"/>
          <w:color w:val="000000"/>
        </w:rPr>
        <w:t xml:space="preserve">[00:51:18]  </w:t>
      </w:r>
      <w:r>
        <w:rPr>
          <w:rFonts w:ascii="Noto Sans CJK SC" w:hAnsi="Noto Sans CJK SC" w:eastAsia="Noto Sans CJK SC" w:cs="Noto Sans CJK SC"/>
          <w:b w:val="0"/>
          <w:i w:val="0"/>
          <w:color w:val="000000"/>
        </w:rPr>
        <w:t>好，这一首诗呢我送给各位啊家长朋友啊，就是萨维娅〔姓名听辨待核〕啊，也是叫萨蒂亚〔疑指萨提亚〕的诗。萨蒂亚〔疑指萨提亚〕是我们每一个人的家庭治疗大师啊呃我相信别人能给我最好的礼物，就是看见我，聆听我，明白我以及触动我的心。</w:t>
      </w:r>
    </w:p>
    <w:p>
      <w:pPr>
        <w:pStyle w:val="Transcript"/>
      </w:pPr>
      <w:r>
        <w:rPr>
          <w:rFonts w:ascii="Noto Sans CJK SC" w:hAnsi="Noto Sans CJK SC" w:eastAsia="Noto Sans CJK SC" w:cs="Noto Sans CJK SC"/>
          <w:b/>
          <w:i w:val="0"/>
          <w:color w:val="000000"/>
        </w:rPr>
        <w:t xml:space="preserve">[00:51:36]  </w:t>
      </w:r>
      <w:r>
        <w:rPr>
          <w:rFonts w:ascii="Noto Sans CJK SC" w:hAnsi="Noto Sans CJK SC" w:eastAsia="Noto Sans CJK SC" w:cs="Noto Sans CJK SC"/>
          <w:b w:val="0"/>
          <w:i w:val="0"/>
          <w:color w:val="000000"/>
        </w:rPr>
        <w:t>啊，触碰你的心，我能送出去的就是去看，去聆听啊，以及去触动别人的心啊啊我想呢这个任何的AI时代啊，我想什么是无法取代呢？就是我们的情感啊，情感是最有价值的啊啊沟通最好的。</w:t>
      </w:r>
    </w:p>
    <w:p>
      <w:pPr>
        <w:pStyle w:val="Heading1"/>
      </w:pPr>
      <w:r>
        <w:rPr>
          <w:rFonts w:ascii="Noto Sans CJK SC" w:hAnsi="Noto Sans CJK SC" w:eastAsia="Noto Sans CJK SC" w:cs="Noto Sans CJK SC"/>
          <w:b/>
          <w:i w:val="0"/>
          <w:color w:val="000000"/>
        </w:rPr>
        <w:t>控制 保护与冲突沟通</w:t>
      </w:r>
    </w:p>
    <w:p>
      <w:pPr>
        <w:pStyle w:val="Transcript"/>
      </w:pPr>
      <w:r>
        <w:rPr>
          <w:rFonts w:ascii="Noto Sans CJK SC" w:hAnsi="Noto Sans CJK SC" w:eastAsia="Noto Sans CJK SC" w:cs="Noto Sans CJK SC"/>
          <w:b/>
          <w:i w:val="0"/>
          <w:color w:val="000000"/>
        </w:rPr>
        <w:t xml:space="preserve">[00:51:59]  </w:t>
      </w:r>
      <w:r>
        <w:rPr>
          <w:rFonts w:ascii="Noto Sans CJK SC" w:hAnsi="Noto Sans CJK SC" w:eastAsia="Noto Sans CJK SC" w:cs="Noto Sans CJK SC"/>
          <w:b w:val="0"/>
          <w:i w:val="0"/>
          <w:color w:val="000000"/>
        </w:rPr>
        <w:t>礼物我讲你听你讲我听啊，有质量的陪伴是非常重要的啊。我们其实很多时候家长朋友虽然在家，但是你不能给到孩子有质量的陪伴呢。对于孩子来说，很多孩子来说，他觉得还是一种负担啊。好，我们来看一下子呃父母帮助子女的常见的错误。第一个是过分控制啊。</w:t>
      </w:r>
    </w:p>
    <w:p>
      <w:pPr>
        <w:pStyle w:val="Transcript"/>
      </w:pPr>
      <w:r>
        <w:rPr>
          <w:rFonts w:ascii="Noto Sans CJK SC" w:hAnsi="Noto Sans CJK SC" w:eastAsia="Noto Sans CJK SC" w:cs="Noto Sans CJK SC"/>
          <w:b/>
          <w:i w:val="0"/>
          <w:color w:val="000000"/>
        </w:rPr>
        <w:t xml:space="preserve">[00:52:22]  </w:t>
      </w:r>
      <w:r>
        <w:rPr>
          <w:rFonts w:ascii="Noto Sans CJK SC" w:hAnsi="Noto Sans CJK SC" w:eastAsia="Noto Sans CJK SC" w:cs="Noto Sans CJK SC"/>
          <w:b w:val="0"/>
          <w:i w:val="0"/>
          <w:color w:val="000000"/>
        </w:rPr>
        <w:t>啊，我记得我之前接的一年级的有一个孩子呢，他每天上课呢都在打瞌睡。</w:t>
      </w:r>
    </w:p>
    <w:p>
      <w:pPr>
        <w:pStyle w:val="Transcript"/>
      </w:pPr>
      <w:r>
        <w:rPr>
          <w:rFonts w:ascii="Noto Sans CJK SC" w:hAnsi="Noto Sans CJK SC" w:eastAsia="Noto Sans CJK SC" w:cs="Noto Sans CJK SC"/>
          <w:b/>
          <w:i w:val="0"/>
          <w:color w:val="000000"/>
        </w:rPr>
        <w:t xml:space="preserve">[00:52:29]  </w:t>
      </w:r>
      <w:r>
        <w:rPr>
          <w:rFonts w:ascii="Noto Sans CJK SC" w:hAnsi="Noto Sans CJK SC" w:eastAsia="Noto Sans CJK SC" w:cs="Noto Sans CJK SC"/>
          <w:b w:val="0"/>
          <w:i w:val="0"/>
          <w:color w:val="000000"/>
        </w:rPr>
        <w:t>啊，没精打采啊，我就说你你你你睡眠不足吗？啊，其实6岁的孩子，我们说来到学校其实他已经不是一张白纸了，他懂很多了啊。我们说在这个孩子6岁之前，他跟父母就有上百万次的沟通啊，这个沟通啊，孩子们啊，这个我们跟孩子们的沟通，事实上构成了孩子未来啊。</w:t>
      </w:r>
    </w:p>
    <w:p>
      <w:pPr>
        <w:pStyle w:val="Transcript"/>
      </w:pPr>
      <w:r>
        <w:rPr>
          <w:rFonts w:ascii="Noto Sans CJK SC" w:hAnsi="Noto Sans CJK SC" w:eastAsia="Noto Sans CJK SC" w:cs="Noto Sans CJK SC"/>
          <w:b/>
          <w:i w:val="0"/>
          <w:color w:val="000000"/>
        </w:rPr>
        <w:t xml:space="preserve">[00:52:56]  </w:t>
      </w:r>
      <w:r>
        <w:rPr>
          <w:rFonts w:ascii="Noto Sans CJK SC" w:hAnsi="Noto Sans CJK SC" w:eastAsia="Noto Sans CJK SC" w:cs="Noto Sans CJK SC"/>
          <w:b w:val="0"/>
          <w:i w:val="0"/>
          <w:color w:val="000000"/>
        </w:rPr>
        <w:t>啊，他构建所有关系的蓝图，我们跟自己父母的沟通，我们跟亲密啊，我们的伴侣的沟通，我们跟兄弟姐妹的沟通等等啊。我曾经我有一位啊家长朋友啊，他曾经跟我啊聊过，他说幸福是什么啊，他说感觉他说呃。</w:t>
      </w:r>
    </w:p>
    <w:p>
      <w:pPr>
        <w:pStyle w:val="Transcript"/>
      </w:pPr>
      <w:r>
        <w:rPr>
          <w:rFonts w:ascii="Noto Sans CJK SC" w:hAnsi="Noto Sans CJK SC" w:eastAsia="Noto Sans CJK SC" w:cs="Noto Sans CJK SC"/>
          <w:b/>
          <w:i w:val="0"/>
          <w:color w:val="000000"/>
        </w:rPr>
        <w:t xml:space="preserve">[00:53:19]  </w:t>
      </w:r>
      <w:r>
        <w:rPr>
          <w:rFonts w:ascii="Noto Sans CJK SC" w:hAnsi="Noto Sans CJK SC" w:eastAsia="Noto Sans CJK SC" w:cs="Noto Sans CJK SC"/>
          <w:b w:val="0"/>
          <w:i w:val="0"/>
          <w:color w:val="000000"/>
        </w:rPr>
        <w:t>这个幸福这个概念我去问我的先生啊，我先生说幸福啊就是每一天跟家人在一起都感觉到很快乐啊。我把我先生的这些话转述给我的家长，我家长说太难了，每一天都能跟家人在一起感到幸福，感到快乐，实在太难。</w:t>
      </w:r>
    </w:p>
    <w:p>
      <w:pPr>
        <w:pStyle w:val="Transcript"/>
      </w:pPr>
      <w:r>
        <w:rPr>
          <w:rFonts w:ascii="Noto Sans CJK SC" w:hAnsi="Noto Sans CJK SC" w:eastAsia="Noto Sans CJK SC" w:cs="Noto Sans CJK SC"/>
          <w:b/>
          <w:i w:val="0"/>
          <w:color w:val="000000"/>
        </w:rPr>
        <w:t xml:space="preserve">[00:53:41]  </w:t>
      </w:r>
      <w:r>
        <w:rPr>
          <w:rFonts w:ascii="Noto Sans CJK SC" w:hAnsi="Noto Sans CJK SC" w:eastAsia="Noto Sans CJK SC" w:cs="Noto Sans CJK SC"/>
          <w:b w:val="0"/>
          <w:i w:val="0"/>
          <w:color w:val="000000"/>
        </w:rPr>
        <w:t>各位家长朋友，这就是沟通沟通之难。那么我们在一起沟通，我们说孩子来到小学6岁的时候，他已经跟父母有了上百万次的沟通啊，我们说沟通的有什么呢？我们之间的沟通，我们跟子女的沟通，我们跟所有人的沟通，我们是带着我们的身体，带着我们的价值观。</w:t>
      </w:r>
    </w:p>
    <w:p>
      <w:pPr>
        <w:pStyle w:val="Transcript"/>
      </w:pPr>
      <w:r>
        <w:rPr>
          <w:rFonts w:ascii="Noto Sans CJK SC" w:hAnsi="Noto Sans CJK SC" w:eastAsia="Noto Sans CJK SC" w:cs="Noto Sans CJK SC"/>
          <w:b/>
          <w:i w:val="0"/>
          <w:color w:val="000000"/>
        </w:rPr>
        <w:t xml:space="preserve">[00:54:06]  </w:t>
      </w:r>
      <w:r>
        <w:rPr>
          <w:rFonts w:ascii="Noto Sans CJK SC" w:hAnsi="Noto Sans CJK SC" w:eastAsia="Noto Sans CJK SC" w:cs="Noto Sans CJK SC"/>
          <w:b w:val="0"/>
          <w:i w:val="0"/>
          <w:color w:val="000000"/>
        </w:rPr>
        <w:t>带着我们的情感，我们的肢体，我们的语言，我们的头脑。</w:t>
      </w:r>
    </w:p>
    <w:p>
      <w:pPr>
        <w:pStyle w:val="Transcript"/>
      </w:pPr>
      <w:r>
        <w:rPr>
          <w:rFonts w:ascii="Noto Sans CJK SC" w:hAnsi="Noto Sans CJK SC" w:eastAsia="Noto Sans CJK SC" w:cs="Noto Sans CJK SC"/>
          <w:b/>
          <w:i w:val="0"/>
          <w:color w:val="000000"/>
        </w:rPr>
        <w:t xml:space="preserve">[00:54:11]  </w:t>
      </w:r>
      <w:r>
        <w:rPr>
          <w:rFonts w:ascii="Noto Sans CJK SC" w:hAnsi="Noto Sans CJK SC" w:eastAsia="Noto Sans CJK SC" w:cs="Noto Sans CJK SC"/>
          <w:b w:val="0"/>
          <w:i w:val="0"/>
          <w:color w:val="000000"/>
        </w:rPr>
        <w:t>整个系统在跟孩子沟通啊，所以你看一下孩子，他呈现在老师面前是一个家庭系统的呈现，过分的控制啊。我的学生他来到学校之后呢，上课老是打瞌睡，提不起精神啊后我说宝贝儿，你过来一下，老师看一下你啊，是不是有什么需要老师。</w:t>
      </w:r>
    </w:p>
    <w:p>
      <w:pPr>
        <w:pStyle w:val="Transcript"/>
      </w:pPr>
      <w:r>
        <w:rPr>
          <w:rFonts w:ascii="Noto Sans CJK SC" w:hAnsi="Noto Sans CJK SC" w:eastAsia="Noto Sans CJK SC" w:cs="Noto Sans CJK SC"/>
          <w:b/>
          <w:i w:val="0"/>
          <w:color w:val="000000"/>
        </w:rPr>
        <w:t xml:space="preserve">[00:54:34]  </w:t>
      </w:r>
      <w:r>
        <w:rPr>
          <w:rFonts w:ascii="Noto Sans CJK SC" w:hAnsi="Noto Sans CJK SC" w:eastAsia="Noto Sans CJK SC" w:cs="Noto Sans CJK SC"/>
          <w:b w:val="0"/>
          <w:i w:val="0"/>
          <w:color w:val="000000"/>
        </w:rPr>
        <w:t>帮助你的啊，这孩子说好累一年级的孩子说好累呀啊我说你累啥呢？他说补课啊，那我说你补了多少啊，7个兴趣班7门什么都学啊，然后给爸爸妈妈。</w:t>
      </w:r>
    </w:p>
    <w:p>
      <w:pPr>
        <w:pStyle w:val="Transcript"/>
      </w:pPr>
      <w:r>
        <w:rPr>
          <w:rFonts w:ascii="Noto Sans CJK SC" w:hAnsi="Noto Sans CJK SC" w:eastAsia="Noto Sans CJK SC" w:cs="Noto Sans CJK SC"/>
          <w:b/>
          <w:i w:val="0"/>
          <w:color w:val="000000"/>
        </w:rPr>
        <w:t xml:space="preserve">[00:54:56]  </w:t>
      </w:r>
      <w:r>
        <w:rPr>
          <w:rFonts w:ascii="Noto Sans CJK SC" w:hAnsi="Noto Sans CJK SC" w:eastAsia="Noto Sans CJK SC" w:cs="Noto Sans CJK SC"/>
          <w:b w:val="0"/>
          <w:i w:val="0"/>
          <w:color w:val="000000"/>
        </w:rPr>
        <w:t>妈妈说我说这孩子很累呀，这么小啊，这么折腾他跟妈爸爸妈说人生就得折腾啊，他说我们都是折腾过来的啊，我们家几个人都是武汉大学的啊，他说孩子很喜欢，我们问过他的，然后孩子我把孩子叫过来，我说你喜欢吗？。</w:t>
      </w:r>
    </w:p>
    <w:p>
      <w:pPr>
        <w:pStyle w:val="Transcript"/>
      </w:pPr>
      <w:r>
        <w:rPr>
          <w:rFonts w:ascii="Noto Sans CJK SC" w:hAnsi="Noto Sans CJK SC" w:eastAsia="Noto Sans CJK SC" w:cs="Noto Sans CJK SC"/>
          <w:b/>
          <w:i w:val="0"/>
          <w:color w:val="000000"/>
        </w:rPr>
        <w:t xml:space="preserve">[00:55:19]  </w:t>
      </w:r>
      <w:r>
        <w:rPr>
          <w:rFonts w:ascii="Noto Sans CJK SC" w:hAnsi="Noto Sans CJK SC" w:eastAsia="Noto Sans CJK SC" w:cs="Noto Sans CJK SC"/>
          <w:b w:val="0"/>
          <w:i w:val="0"/>
          <w:color w:val="000000"/>
        </w:rPr>
        <w:t>孩子说啊，喜欢啊，那我就说家长你看到没？这孩子在照顾你啊，他虽然嘴巴上说的是喜欢啊，家长说要拼的，人生要拼的啊，他说我们的这个孩子就是能拼，啊，但是我们看看孩子怎么样的。</w:t>
      </w:r>
    </w:p>
    <w:p>
      <w:pPr>
        <w:pStyle w:val="Transcript"/>
      </w:pPr>
      <w:r>
        <w:rPr>
          <w:rFonts w:ascii="Noto Sans CJK SC" w:hAnsi="Noto Sans CJK SC" w:eastAsia="Noto Sans CJK SC" w:cs="Noto Sans CJK SC"/>
          <w:b/>
          <w:i w:val="0"/>
          <w:color w:val="000000"/>
        </w:rPr>
        <w:t xml:space="preserve">[00:55:42]  </w:t>
      </w:r>
      <w:r>
        <w:rPr>
          <w:rFonts w:ascii="Noto Sans CJK SC" w:hAnsi="Noto Sans CJK SC" w:eastAsia="Noto Sans CJK SC" w:cs="Noto Sans CJK SC"/>
          <w:b w:val="0"/>
          <w:i w:val="0"/>
          <w:color w:val="000000"/>
        </w:rPr>
        <w:t>情绪不在啊，我们过分控制呢是要让我们家长干什么呢？安心安全。但是我们没有考虑孩子安不安心，孩子安不安全。我的孩子我记得他读初一的时候呢，回来给我考试考了个数学考了个30多分啊，第一次进到初一的时候啊，30多分了。</w:t>
      </w:r>
    </w:p>
    <w:p>
      <w:pPr>
        <w:pStyle w:val="Transcript"/>
      </w:pPr>
      <w:r>
        <w:rPr>
          <w:rFonts w:ascii="Noto Sans CJK SC" w:hAnsi="Noto Sans CJK SC" w:eastAsia="Noto Sans CJK SC" w:cs="Noto Sans CJK SC"/>
          <w:b/>
          <w:i w:val="0"/>
          <w:color w:val="000000"/>
        </w:rPr>
        <w:t xml:space="preserve">[00:56:06]  </w:t>
      </w:r>
      <w:r>
        <w:rPr>
          <w:rFonts w:ascii="Noto Sans CJK SC" w:hAnsi="Noto Sans CJK SC" w:eastAsia="Noto Sans CJK SC" w:cs="Noto Sans CJK SC"/>
          <w:b w:val="0"/>
          <w:i w:val="0"/>
          <w:color w:val="000000"/>
        </w:rPr>
        <w:t>各位家长朋友啊，我第一个概念是什么？补课？我说赶快赶快赶紧去补，是不是啊？我记得那天他拿了结果回来的时候，我第一个概念说是不是要补课啊，可是他告诉我第一次啊，考试考了30多分的时候，他回到家干什么呢？哭啊，整整哭了十几分钟。</w:t>
      </w:r>
    </w:p>
    <w:p>
      <w:pPr>
        <w:pStyle w:val="Transcript"/>
      </w:pPr>
      <w:r>
        <w:rPr>
          <w:rFonts w:ascii="Noto Sans CJK SC" w:hAnsi="Noto Sans CJK SC" w:eastAsia="Noto Sans CJK SC" w:cs="Noto Sans CJK SC"/>
          <w:b/>
          <w:i w:val="0"/>
          <w:color w:val="000000"/>
        </w:rPr>
        <w:t xml:space="preserve">[00:56:31]  </w:t>
      </w:r>
      <w:r>
        <w:rPr>
          <w:rFonts w:ascii="Noto Sans CJK SC" w:hAnsi="Noto Sans CJK SC" w:eastAsia="Noto Sans CJK SC" w:cs="Noto Sans CJK SC"/>
          <w:b w:val="0"/>
          <w:i w:val="0"/>
          <w:color w:val="000000"/>
        </w:rPr>
        <w:t>啊，各位家长朋友，当时他哭的这十几分钟，你知道他哭完之后，我就陪着他，我坐在他身边。他问我的第一句话是，妈妈，你这样哭过吗？我说我不敢我不敢哭。</w:t>
      </w:r>
    </w:p>
    <w:p>
      <w:pPr>
        <w:pStyle w:val="Transcript"/>
      </w:pPr>
      <w:r>
        <w:rPr>
          <w:rFonts w:ascii="Noto Sans CJK SC" w:hAnsi="Noto Sans CJK SC" w:eastAsia="Noto Sans CJK SC" w:cs="Noto Sans CJK SC"/>
          <w:b/>
          <w:i w:val="0"/>
          <w:color w:val="000000"/>
        </w:rPr>
        <w:t xml:space="preserve">[00:56:53]  </w:t>
      </w:r>
      <w:r>
        <w:rPr>
          <w:rFonts w:ascii="Noto Sans CJK SC" w:hAnsi="Noto Sans CJK SC" w:eastAsia="Noto Sans CJK SC" w:cs="Noto Sans CJK SC"/>
          <w:b w:val="0"/>
          <w:i w:val="0"/>
          <w:color w:val="000000"/>
        </w:rPr>
        <w:t>啊，我要哭我的父亲一定要〔此处动词听辨不清〕我啊，他认为我是无能的，是懦弱的，我说我不敢没有这样哭过。然后他说我对我说的第二句话是。</w:t>
      </w:r>
    </w:p>
    <w:p>
      <w:pPr>
        <w:pStyle w:val="Transcript"/>
      </w:pPr>
      <w:r>
        <w:rPr>
          <w:rFonts w:ascii="Noto Sans CJK SC" w:hAnsi="Noto Sans CJK SC" w:eastAsia="Noto Sans CJK SC" w:cs="Noto Sans CJK SC"/>
          <w:b/>
          <w:i w:val="0"/>
          <w:color w:val="000000"/>
        </w:rPr>
        <w:t xml:space="preserve">[00:57:07]  </w:t>
      </w:r>
      <w:r>
        <w:rPr>
          <w:rFonts w:ascii="Noto Sans CJK SC" w:hAnsi="Noto Sans CJK SC" w:eastAsia="Noto Sans CJK SC" w:cs="Noto Sans CJK SC"/>
          <w:b w:val="0"/>
          <w:i w:val="0"/>
          <w:color w:val="000000"/>
        </w:rPr>
        <w:t>妈妈啊，我现在好受多了，舒服多了。第三句话是我问他的，需要补课吗？我的孩子说，不需要，谢谢你妈妈，谢谢你陪我哭，我知道自己怎么努力。</w:t>
      </w:r>
    </w:p>
    <w:p>
      <w:pPr>
        <w:pStyle w:val="Transcript"/>
      </w:pPr>
      <w:r>
        <w:rPr>
          <w:rFonts w:ascii="Noto Sans CJK SC" w:hAnsi="Noto Sans CJK SC" w:eastAsia="Noto Sans CJK SC" w:cs="Noto Sans CJK SC"/>
          <w:b/>
          <w:i w:val="0"/>
          <w:color w:val="000000"/>
        </w:rPr>
        <w:t xml:space="preserve">[00:57:27]  </w:t>
      </w:r>
      <w:r>
        <w:rPr>
          <w:rFonts w:ascii="Noto Sans CJK SC" w:hAnsi="Noto Sans CJK SC" w:eastAsia="Noto Sans CJK SC" w:cs="Noto Sans CJK SC"/>
          <w:b w:val="0"/>
          <w:i w:val="0"/>
          <w:color w:val="000000"/>
        </w:rPr>
        <w:t>啊，那么各位家长朋友啊，我想呢是如何让我的孩子感到安全，他可以去发展自己啊，然后过分保护啊，过分保护。我们说呃这个上个星期呢我的一位好朋友啊，他发了一个视频给我啊，现在这个时代啊啊有一些医生朋友问我，他说哎呀。</w:t>
      </w:r>
    </w:p>
    <w:p>
      <w:pPr>
        <w:pStyle w:val="Transcript"/>
      </w:pPr>
      <w:r>
        <w:rPr>
          <w:rFonts w:ascii="Noto Sans CJK SC" w:hAnsi="Noto Sans CJK SC" w:eastAsia="Noto Sans CJK SC" w:cs="Noto Sans CJK SC"/>
          <w:b/>
          <w:i w:val="0"/>
          <w:color w:val="000000"/>
        </w:rPr>
        <w:t xml:space="preserve">[00:57:50]  </w:t>
      </w:r>
      <w:r>
        <w:rPr>
          <w:rFonts w:ascii="Noto Sans CJK SC" w:hAnsi="Noto Sans CJK SC" w:eastAsia="Noto Sans CJK SC" w:cs="Noto Sans CJK SC"/>
          <w:b w:val="0"/>
          <w:i w:val="0"/>
          <w:color w:val="000000"/>
        </w:rPr>
        <w:t>啊，这个老师你有没有觉得现在这个时代太多信息，所以这个孩子多动症的啊，这个注意缺陷症的孩子越来越多，就是信息太多。我说我深有体会啊，过多的信息让我们充满了焦虑啊，那么过分的保护。有一天呢啊就前不久有一个啊。</w:t>
      </w:r>
    </w:p>
    <w:p>
      <w:pPr>
        <w:pStyle w:val="Transcript"/>
      </w:pPr>
      <w:r>
        <w:rPr>
          <w:rFonts w:ascii="Noto Sans CJK SC" w:hAnsi="Noto Sans CJK SC" w:eastAsia="Noto Sans CJK SC" w:cs="Noto Sans CJK SC"/>
          <w:b/>
          <w:i w:val="0"/>
          <w:color w:val="000000"/>
        </w:rPr>
        <w:t xml:space="preserve">[00:58:08]  </w:t>
      </w:r>
      <w:r>
        <w:rPr>
          <w:rFonts w:ascii="Noto Sans CJK SC" w:hAnsi="Noto Sans CJK SC" w:eastAsia="Noto Sans CJK SC" w:cs="Noto Sans CJK SC"/>
          <w:b w:val="0"/>
          <w:i w:val="0"/>
          <w:color w:val="000000"/>
        </w:rPr>
        <w:t>啊，我这一位熟人呢发了一个信息给我，他讲的是什么呢？一位老师啊，他专门在给学生说，他说如果你被欺凌了，你被同学欺负啊。</w:t>
      </w:r>
    </w:p>
    <w:p>
      <w:pPr>
        <w:pStyle w:val="Transcript"/>
      </w:pPr>
      <w:r>
        <w:rPr>
          <w:rFonts w:ascii="Noto Sans CJK SC" w:hAnsi="Noto Sans CJK SC" w:eastAsia="Noto Sans CJK SC" w:cs="Noto Sans CJK SC"/>
          <w:b/>
          <w:i w:val="0"/>
          <w:color w:val="000000"/>
        </w:rPr>
        <w:t xml:space="preserve">[00:58:19]  </w:t>
      </w:r>
      <w:r>
        <w:rPr>
          <w:rFonts w:ascii="Noto Sans CJK SC" w:hAnsi="Noto Sans CJK SC" w:eastAsia="Noto Sans CJK SC" w:cs="Noto Sans CJK SC"/>
          <w:b w:val="0"/>
          <w:i w:val="0"/>
          <w:color w:val="000000"/>
        </w:rPr>
        <w:t>你觉得你完全有资格说我不接受你的道歉。那么讲的是什么呢？有个家庭这个小男孩呢叫拿铁啊，叫拿铁咖啡拿铁啊，然后拿铁的话呢，他要睡觉了，睡觉呢他哦，不是他的姐姐要已经要睡觉了，然后拿铁呢就去坐到走到姐姐的房间说姐姐我要跟你玩，但是姐姐说我要睡觉了。</w:t>
      </w:r>
    </w:p>
    <w:p>
      <w:pPr>
        <w:pStyle w:val="Transcript"/>
      </w:pPr>
      <w:r>
        <w:rPr>
          <w:rFonts w:ascii="Noto Sans CJK SC" w:hAnsi="Noto Sans CJK SC" w:eastAsia="Noto Sans CJK SC" w:cs="Noto Sans CJK SC"/>
          <w:b/>
          <w:i w:val="0"/>
          <w:color w:val="000000"/>
        </w:rPr>
        <w:t xml:space="preserve">[00:58:44]  </w:t>
      </w:r>
      <w:r>
        <w:rPr>
          <w:rFonts w:ascii="Noto Sans CJK SC" w:hAnsi="Noto Sans CJK SC" w:eastAsia="Noto Sans CJK SC" w:cs="Noto Sans CJK SC"/>
          <w:b w:val="0"/>
          <w:i w:val="0"/>
          <w:color w:val="000000"/>
        </w:rPr>
        <w:t>啊，我不想跟你玩，结果拿铁呢，他就用什么呢？用脚去踹姐姐，用脚去踢姐姐。</w:t>
      </w:r>
    </w:p>
    <w:p>
      <w:pPr>
        <w:pStyle w:val="Transcript"/>
      </w:pPr>
      <w:r>
        <w:rPr>
          <w:rFonts w:ascii="Noto Sans CJK SC" w:hAnsi="Noto Sans CJK SC" w:eastAsia="Noto Sans CJK SC" w:cs="Noto Sans CJK SC"/>
          <w:b/>
          <w:i w:val="0"/>
          <w:color w:val="000000"/>
        </w:rPr>
        <w:t xml:space="preserve">[00:58:51]  </w:t>
      </w:r>
      <w:r>
        <w:rPr>
          <w:rFonts w:ascii="Noto Sans CJK SC" w:hAnsi="Noto Sans CJK SC" w:eastAsia="Noto Sans CJK SC" w:cs="Noto Sans CJK SC"/>
          <w:b w:val="0"/>
          <w:i w:val="0"/>
          <w:color w:val="000000"/>
        </w:rPr>
        <w:t>啊，于是这个两个孩子呢啊两个孩子二胎家庭呢就发生了冲突。然后这个时候呢啊这个时候奶奶就出现了，这奶奶呢是一个啊白人啊，是一个加拿大的白人啊，出现的话呢，就说你们现在怎么办？然后这个弟弟就说我给姐姐道歉。</w:t>
      </w:r>
    </w:p>
    <w:p>
      <w:pPr>
        <w:pStyle w:val="Transcript"/>
      </w:pPr>
      <w:r>
        <w:rPr>
          <w:rFonts w:ascii="Noto Sans CJK SC" w:hAnsi="Noto Sans CJK SC" w:eastAsia="Noto Sans CJK SC" w:cs="Noto Sans CJK SC"/>
          <w:b/>
          <w:i w:val="0"/>
          <w:color w:val="000000"/>
        </w:rPr>
        <w:t xml:space="preserve">[00:59:12]  </w:t>
      </w:r>
      <w:r>
        <w:rPr>
          <w:rFonts w:ascii="Noto Sans CJK SC" w:hAnsi="Noto Sans CJK SC" w:eastAsia="Noto Sans CJK SC" w:cs="Noto Sans CJK SC"/>
          <w:b w:val="0"/>
          <w:i w:val="0"/>
          <w:color w:val="000000"/>
        </w:rPr>
        <w:t>那么这个时候奶奶的声音出现了，奶奶说什么你没有资格〔听辨不清〕道歉，因为你是明知故犯啊，他说给姐姐说，姐姐，你完全可以不接受他的道歉。好，同样的这样一个事情，我问我班上现在这个班级的孩子，五年级的学生。</w:t>
      </w:r>
    </w:p>
    <w:p>
      <w:pPr>
        <w:pStyle w:val="Transcript"/>
      </w:pPr>
      <w:r>
        <w:rPr>
          <w:rFonts w:ascii="Noto Sans CJK SC" w:hAnsi="Noto Sans CJK SC" w:eastAsia="Noto Sans CJK SC" w:cs="Noto Sans CJK SC"/>
          <w:b/>
          <w:i w:val="0"/>
          <w:color w:val="000000"/>
        </w:rPr>
        <w:t xml:space="preserve">[00:59:34]  </w:t>
      </w:r>
      <w:r>
        <w:rPr>
          <w:rFonts w:ascii="Noto Sans CJK SC" w:hAnsi="Noto Sans CJK SC" w:eastAsia="Noto Sans CJK SC" w:cs="Noto Sans CJK SC"/>
          <w:b w:val="0"/>
          <w:i w:val="0"/>
          <w:color w:val="000000"/>
        </w:rPr>
        <w:t>我说如果是你们，你们该怎么处理啊，我班上一位女孩子说，她说如果弟弟找我玩，我可以跟她谈，我可以跟他玩5分钟啊。那么另外一个小朋友说我接受道歉啊，因为弟弟是陪伴我最长的人啊，另外一个孩子怎么说？</w:t>
      </w:r>
    </w:p>
    <w:p>
      <w:pPr>
        <w:pStyle w:val="Transcript"/>
      </w:pPr>
      <w:r>
        <w:rPr>
          <w:rFonts w:ascii="Noto Sans CJK SC" w:hAnsi="Noto Sans CJK SC" w:eastAsia="Noto Sans CJK SC" w:cs="Noto Sans CJK SC"/>
          <w:b/>
          <w:i w:val="0"/>
          <w:color w:val="000000"/>
        </w:rPr>
        <w:t xml:space="preserve">[00:59:56]  </w:t>
      </w:r>
      <w:r>
        <w:rPr>
          <w:rFonts w:ascii="Noto Sans CJK SC" w:hAnsi="Noto Sans CJK SC" w:eastAsia="Noto Sans CJK SC" w:cs="Noto Sans CJK SC"/>
          <w:b w:val="0"/>
          <w:i w:val="0"/>
          <w:color w:val="000000"/>
        </w:rPr>
        <w:t>他说我妈妈说，〔疑为外人〕我们都可以原谅我为什么不可以原谅家人呢？</w:t>
      </w:r>
    </w:p>
    <w:p>
      <w:pPr>
        <w:pStyle w:val="Transcript"/>
      </w:pPr>
      <w:r>
        <w:rPr>
          <w:rFonts w:ascii="Noto Sans CJK SC" w:hAnsi="Noto Sans CJK SC" w:eastAsia="Noto Sans CJK SC" w:cs="Noto Sans CJK SC"/>
          <w:b/>
          <w:i w:val="0"/>
          <w:color w:val="000000"/>
        </w:rPr>
        <w:t xml:space="preserve">[01:00:04]  </w:t>
      </w:r>
      <w:r>
        <w:rPr>
          <w:rFonts w:ascii="Noto Sans CJK SC" w:hAnsi="Noto Sans CJK SC" w:eastAsia="Noto Sans CJK SC" w:cs="Noto Sans CJK SC"/>
          <w:b w:val="0"/>
          <w:i w:val="0"/>
          <w:color w:val="000000"/>
        </w:rPr>
        <w:t>啊，各位家长朋友，同样的事情，我们可以有不同的家庭，有不同的处理方式。可是如果你像我们视频当中，我接到的这个视频这样，这位奶奶告诉他，你没有资格道歉，会成为孩子成长路上的绊脚石，甚至影响他的亲密关系啊，我的这位朋友，我的这位好朋友呢，他也是啊。</w:t>
      </w:r>
    </w:p>
    <w:p>
      <w:pPr>
        <w:pStyle w:val="Transcript"/>
      </w:pPr>
      <w:r>
        <w:rPr>
          <w:rFonts w:ascii="Noto Sans CJK SC" w:hAnsi="Noto Sans CJK SC" w:eastAsia="Noto Sans CJK SC" w:cs="Noto Sans CJK SC"/>
          <w:b/>
          <w:i w:val="0"/>
          <w:color w:val="000000"/>
        </w:rPr>
        <w:t xml:space="preserve">[01:00:30]  </w:t>
      </w:r>
      <w:r>
        <w:rPr>
          <w:rFonts w:ascii="Noto Sans CJK SC" w:hAnsi="Noto Sans CJK SC" w:eastAsia="Noto Sans CJK SC" w:cs="Noto Sans CJK SC"/>
          <w:b w:val="0"/>
          <w:i w:val="0"/>
          <w:color w:val="000000"/>
        </w:rPr>
        <w:t>啊，这个婚姻走到了尽头，他告诉我绝对不接受我先生的道歉啊，我前夫的道歉啊，那么我们想有时候人的处理问题的方式其实可以追溯到什么几代人啊，所以我们需要学习，再一个呢，过分相信啊，那孩子呢事实上他来学校呢，他很多问题他无从解决的啊。</w:t>
      </w:r>
    </w:p>
    <w:p>
      <w:pPr>
        <w:pStyle w:val="Transcript"/>
      </w:pPr>
      <w:r>
        <w:rPr>
          <w:rFonts w:ascii="Noto Sans CJK SC" w:hAnsi="Noto Sans CJK SC" w:eastAsia="Noto Sans CJK SC" w:cs="Noto Sans CJK SC"/>
          <w:b/>
          <w:i w:val="0"/>
          <w:color w:val="000000"/>
        </w:rPr>
        <w:t xml:space="preserve">[01:00:53]  </w:t>
      </w:r>
      <w:r>
        <w:rPr>
          <w:rFonts w:ascii="Noto Sans CJK SC" w:hAnsi="Noto Sans CJK SC" w:eastAsia="Noto Sans CJK SC" w:cs="Noto Sans CJK SC"/>
          <w:b w:val="0"/>
          <w:i w:val="0"/>
          <w:color w:val="000000"/>
        </w:rPr>
        <w:t>啊啊这个啊有时候的话呢，这个孩子问他啊，问他该怎么处理，妈爸爸妈妈说有有没有引导你啊，他说爸爸妈妈太忙了，说相信你啊，那么我们说在其实孩子成长过程当中呢，他的思维逻辑和语言能力呢是〔疑为随〕妈妈的啊，那么有些孩子到了六年级都很。</w:t>
      </w:r>
    </w:p>
    <w:p>
      <w:pPr>
        <w:pStyle w:val="Transcript"/>
      </w:pPr>
      <w:r>
        <w:rPr>
          <w:rFonts w:ascii="Noto Sans CJK SC" w:hAnsi="Noto Sans CJK SC" w:eastAsia="Noto Sans CJK SC" w:cs="Noto Sans CJK SC"/>
          <w:b/>
          <w:i w:val="0"/>
          <w:color w:val="000000"/>
        </w:rPr>
        <w:t xml:space="preserve">[01:01:16]  </w:t>
      </w:r>
      <w:r>
        <w:rPr>
          <w:rFonts w:ascii="Noto Sans CJK SC" w:hAnsi="Noto Sans CJK SC" w:eastAsia="Noto Sans CJK SC" w:cs="Noto Sans CJK SC"/>
          <w:b w:val="0"/>
          <w:i w:val="0"/>
          <w:color w:val="000000"/>
        </w:rPr>
        <w:t>这个表达能力都很弱。我想你看他家里一定有一个嘴巴，非常厉害的爸妈啊，这孩子还没说出来的时候啊吞吞吐吐像吐豆子一样的啊，这个就给他家里的啊这个妈妈的话呢就已经遏制住了啊。所以妈妈在孩子面前呢要爱动脑筋，情绪要稳定，善于问孩子问题，与孩子多沟通。</w:t>
      </w:r>
    </w:p>
    <w:p>
      <w:pPr>
        <w:pStyle w:val="Transcript"/>
      </w:pPr>
      <w:r>
        <w:rPr>
          <w:rFonts w:ascii="Noto Sans CJK SC" w:hAnsi="Noto Sans CJK SC" w:eastAsia="Noto Sans CJK SC" w:cs="Noto Sans CJK SC"/>
          <w:b/>
          <w:i w:val="0"/>
          <w:color w:val="000000"/>
        </w:rPr>
        <w:t xml:space="preserve">[01:01:41]  </w:t>
      </w:r>
      <w:r>
        <w:rPr>
          <w:rFonts w:ascii="Noto Sans CJK SC" w:hAnsi="Noto Sans CJK SC" w:eastAsia="Noto Sans CJK SC" w:cs="Noto Sans CJK SC"/>
          <w:b w:val="0"/>
          <w:i w:val="0"/>
          <w:color w:val="000000"/>
        </w:rPr>
        <w:t>啊，我们在小学阶段呢，其实孩子呢其实冲突是我们生活的核心啊，每一天我们都在冲，都在跟自己发生冲突，跟他人发生冲突。冲突是生活的核心啊，其实孩子跟呃到了一年级呢，哎呀跟别的小朋友之间发生一些冲突的话呢，正好。</w:t>
      </w:r>
    </w:p>
    <w:p>
      <w:pPr>
        <w:pStyle w:val="Transcript"/>
      </w:pPr>
      <w:r>
        <w:rPr>
          <w:rFonts w:ascii="Noto Sans CJK SC" w:hAnsi="Noto Sans CJK SC" w:eastAsia="Noto Sans CJK SC" w:cs="Noto Sans CJK SC"/>
          <w:b/>
          <w:i w:val="0"/>
          <w:color w:val="000000"/>
        </w:rPr>
        <w:t xml:space="preserve">[01:02:04]  </w:t>
      </w:r>
      <w:r>
        <w:rPr>
          <w:rFonts w:ascii="Noto Sans CJK SC" w:hAnsi="Noto Sans CJK SC" w:eastAsia="Noto Sans CJK SC" w:cs="Noto Sans CJK SC"/>
          <w:b w:val="0"/>
          <w:i w:val="0"/>
          <w:color w:val="000000"/>
        </w:rPr>
        <w:t>〔听辨不清〕教育的契机啊，妈妈都问孩子，哎，今天你发生这个事情，老师怎么看呀啊，哎同学怎么看呀啊，你需要妈妈做什么呢？对不对？而不是像一些家长说，妈妈明天就去找他收拾他。</w:t>
      </w:r>
    </w:p>
    <w:p>
      <w:pPr>
        <w:pStyle w:val="Transcript"/>
      </w:pPr>
      <w:r>
        <w:rPr>
          <w:rFonts w:ascii="Noto Sans CJK SC" w:hAnsi="Noto Sans CJK SC" w:eastAsia="Noto Sans CJK SC" w:cs="Noto Sans CJK SC"/>
          <w:b/>
          <w:i w:val="0"/>
          <w:color w:val="000000"/>
        </w:rPr>
        <w:t xml:space="preserve">[01:02:22]  </w:t>
      </w:r>
      <w:r>
        <w:rPr>
          <w:rFonts w:ascii="Noto Sans CJK SC" w:hAnsi="Noto Sans CJK SC" w:eastAsia="Noto Sans CJK SC" w:cs="Noto Sans CJK SC"/>
          <w:b w:val="0"/>
          <w:i w:val="0"/>
          <w:color w:val="000000"/>
        </w:rPr>
        <w:t>啊，那你的孩子就会怎么样呢？越来越弱啊，他会一次次的你给他暗示，我不行，我不行，我不能解决问题啊。其实孩子呢他只是需要什么倾诉他只需要情啊，情绪上的倾诉啊，然后你问他，你说你觉得妈妈可以为你说什么吗？</w:t>
      </w:r>
    </w:p>
    <w:p>
      <w:pPr>
        <w:pStyle w:val="Transcript"/>
      </w:pPr>
      <w:r>
        <w:rPr>
          <w:rFonts w:ascii="Noto Sans CJK SC" w:hAnsi="Noto Sans CJK SC" w:eastAsia="Noto Sans CJK SC" w:cs="Noto Sans CJK SC"/>
          <w:b/>
          <w:i w:val="0"/>
          <w:color w:val="000000"/>
        </w:rPr>
        <w:t xml:space="preserve">[01:02:45]  </w:t>
      </w:r>
      <w:r>
        <w:rPr>
          <w:rFonts w:ascii="Noto Sans CJK SC" w:hAnsi="Noto Sans CJK SC" w:eastAsia="Noto Sans CJK SC" w:cs="Noto Sans CJK SC"/>
          <w:b w:val="0"/>
          <w:i w:val="0"/>
          <w:color w:val="000000"/>
        </w:rPr>
        <w:t>啊，那你给他一些方法，对不对啊？第二天继续跟进啊，然后夸他啊，妈妈不在的时候，你那么会处理问题啊，真是妈妈和爸爸的好孩子啊，所以另外一个方面呢就是小孩他的人格啊，自信心、责任感角色感那是〔听辨不清〕爸爸。</w:t>
      </w:r>
    </w:p>
    <w:p>
      <w:pPr>
        <w:pStyle w:val="Transcript"/>
      </w:pPr>
      <w:r>
        <w:rPr>
          <w:rFonts w:ascii="Noto Sans CJK SC" w:hAnsi="Noto Sans CJK SC" w:eastAsia="Noto Sans CJK SC" w:cs="Noto Sans CJK SC"/>
          <w:b/>
          <w:i w:val="0"/>
          <w:color w:val="000000"/>
        </w:rPr>
        <w:t xml:space="preserve">[01:03:05]  </w:t>
      </w:r>
      <w:r>
        <w:rPr>
          <w:rFonts w:ascii="Noto Sans CJK SC" w:hAnsi="Noto Sans CJK SC" w:eastAsia="Noto Sans CJK SC" w:cs="Noto Sans CJK SC"/>
          <w:b w:val="0"/>
          <w:i w:val="0"/>
          <w:color w:val="000000"/>
        </w:rPr>
        <w:t>啊，我的孩子呢，他说他的父亲对他的影响啊，就是我先生对他影响是非常大的啊。我先生呢特别喜欢看什么呢？喜欢看的就是这些国际新闻啊。那我的孩子在高考的时候呢，他一年填志愿啊，他在当时填志愿的时候呢，他一个都没告诉我。</w:t>
      </w:r>
    </w:p>
    <w:p>
      <w:pPr>
        <w:pStyle w:val="Transcript"/>
      </w:pPr>
      <w:r>
        <w:rPr>
          <w:rFonts w:ascii="Noto Sans CJK SC" w:hAnsi="Noto Sans CJK SC" w:eastAsia="Noto Sans CJK SC" w:cs="Noto Sans CJK SC"/>
          <w:b/>
          <w:i w:val="0"/>
          <w:color w:val="000000"/>
        </w:rPr>
        <w:t xml:space="preserve">[01:03:27]  </w:t>
      </w:r>
      <w:r>
        <w:rPr>
          <w:rFonts w:ascii="Noto Sans CJK SC" w:hAnsi="Noto Sans CJK SC" w:eastAsia="Noto Sans CJK SC" w:cs="Noto Sans CJK SC"/>
          <w:b w:val="0"/>
          <w:i w:val="0"/>
          <w:color w:val="000000"/>
        </w:rPr>
        <w:t>啊，一个都没有告诉我，也没有告诉他的父亲啊，他在选择自己的专业上面啊，没有没有跟我们父母商量啊，但是我们选择的是尊重他啊，我相信你选择的就是最好的啊。那么爸爸呢要用心爱妈妈啊，这个很重要啊，我们说这个其实给孩子最好的礼物是爸爸很爱妈妈。</w:t>
      </w:r>
    </w:p>
    <w:p>
      <w:pPr>
        <w:pStyle w:val="Transcript"/>
      </w:pPr>
      <w:r>
        <w:rPr>
          <w:rFonts w:ascii="Noto Sans CJK SC" w:hAnsi="Noto Sans CJK SC" w:eastAsia="Noto Sans CJK SC" w:cs="Noto Sans CJK SC"/>
          <w:b/>
          <w:i w:val="0"/>
          <w:color w:val="000000"/>
        </w:rPr>
        <w:t xml:space="preserve">[01:03:49]  </w:t>
      </w:r>
      <w:r>
        <w:rPr>
          <w:rFonts w:ascii="Noto Sans CJK SC" w:hAnsi="Noto Sans CJK SC" w:eastAsia="Noto Sans CJK SC" w:cs="Noto Sans CJK SC"/>
          <w:b w:val="0"/>
          <w:i w:val="0"/>
          <w:color w:val="000000"/>
        </w:rPr>
        <w:t>啊啊，爸爸很爱妈妈，甚至超过爱我啊，妈妈很爱爸爸啊，甚至超过对我啊，那么孩子呢他就可以干什么呢？用心的去发展他自己啊。好，我们再一个呢看到爸爸呢是如何处理复杂困境的啊。我刚才说过啊，我们彩田学校的家长是素养非常高的。</w:t>
      </w:r>
    </w:p>
    <w:p>
      <w:pPr>
        <w:pStyle w:val="Transcript"/>
      </w:pPr>
      <w:r>
        <w:rPr>
          <w:rFonts w:ascii="Noto Sans CJK SC" w:hAnsi="Noto Sans CJK SC" w:eastAsia="Noto Sans CJK SC" w:cs="Noto Sans CJK SC"/>
          <w:b/>
          <w:i w:val="0"/>
          <w:color w:val="000000"/>
        </w:rPr>
        <w:t xml:space="preserve">[01:04:13]  </w:t>
      </w:r>
      <w:r>
        <w:rPr>
          <w:rFonts w:ascii="Noto Sans CJK SC" w:hAnsi="Noto Sans CJK SC" w:eastAsia="Noto Sans CJK SC" w:cs="Noto Sans CJK SC"/>
          <w:b w:val="0"/>
          <w:i w:val="0"/>
          <w:color w:val="000000"/>
        </w:rPr>
        <w:t>啊，我相信也不会像其他啊一些周边学校这样的啊，这样的年轻家长的话呢，冲动起来的话呢，要为了孩子的事情呢去证明爸爸妈妈有多厉害，约着在公园打架啊啊，我想呢孩子都在看着我们长大啊，你疼爱子女吗？啊，各位家长朋友，你教育疼爱子女的方法正确嘛？</w:t>
      </w:r>
    </w:p>
    <w:p>
      <w:pPr>
        <w:pStyle w:val="Transcript"/>
      </w:pPr>
      <w:r>
        <w:rPr>
          <w:rFonts w:ascii="Noto Sans CJK SC" w:hAnsi="Noto Sans CJK SC" w:eastAsia="Noto Sans CJK SC" w:cs="Noto Sans CJK SC"/>
          <w:b/>
          <w:i w:val="0"/>
          <w:color w:val="000000"/>
        </w:rPr>
        <w:t xml:space="preserve">[01:04:38]  </w:t>
      </w:r>
      <w:r>
        <w:rPr>
          <w:rFonts w:ascii="Noto Sans CJK SC" w:hAnsi="Noto Sans CJK SC" w:eastAsia="Noto Sans CJK SC" w:cs="Noto Sans CJK SC"/>
          <w:b w:val="0"/>
          <w:i w:val="0"/>
          <w:color w:val="000000"/>
        </w:rPr>
        <w:t>呃，我之前我刚才给大家分享，就是我在我自己的成长历程当中呢，我是不敢表达的。我害怕我害怕错啊，我也害怕我的父亲啊和我的妈妈呢啊责怪我贬低我等等啊。那么这一点呢，我在开始学习啊开始在我们福田教育啊。</w:t>
      </w:r>
    </w:p>
    <w:p>
      <w:pPr>
        <w:pStyle w:val="Transcript"/>
      </w:pPr>
      <w:r>
        <w:rPr>
          <w:rFonts w:ascii="Noto Sans CJK SC" w:hAnsi="Noto Sans CJK SC" w:eastAsia="Noto Sans CJK SC" w:cs="Noto Sans CJK SC"/>
          <w:b/>
          <w:i w:val="0"/>
          <w:color w:val="000000"/>
        </w:rPr>
        <w:t xml:space="preserve">[01:05:01]  </w:t>
      </w:r>
      <w:r>
        <w:rPr>
          <w:rFonts w:ascii="Noto Sans CJK SC" w:hAnsi="Noto Sans CJK SC" w:eastAsia="Noto Sans CJK SC" w:cs="Noto Sans CJK SC"/>
          <w:b w:val="0"/>
          <w:i w:val="0"/>
          <w:color w:val="000000"/>
        </w:rPr>
        <w:t>啊，春晖家长学校这个团队开始学习之后呢，我觉得我的胆子变大很多啊。我在十多年前呢，我对我的父亲说啊，我说对我的啊不是父亲啊，对我的母亲，我还不敢对我的父亲说话。因为我的父亲在我的心目当中就是秦始皇啊，高高在上。父皇啊〔听辨不清〕。</w:t>
      </w:r>
    </w:p>
    <w:p>
      <w:pPr>
        <w:pStyle w:val="Transcript"/>
      </w:pPr>
      <w:r>
        <w:rPr>
          <w:rFonts w:ascii="Noto Sans CJK SC" w:hAnsi="Noto Sans CJK SC" w:eastAsia="Noto Sans CJK SC" w:cs="Noto Sans CJK SC"/>
          <w:b/>
          <w:i w:val="0"/>
          <w:color w:val="000000"/>
        </w:rPr>
        <w:t xml:space="preserve">[01:05:23]  </w:t>
      </w:r>
      <w:r>
        <w:rPr>
          <w:rFonts w:ascii="Noto Sans CJK SC" w:hAnsi="Noto Sans CJK SC" w:eastAsia="Noto Sans CJK SC" w:cs="Noto Sans CJK SC"/>
          <w:b w:val="0"/>
          <w:i w:val="0"/>
          <w:color w:val="000000"/>
        </w:rPr>
        <w:t>啊，那么我对我的妈妈说，我说妈妈啊，我说我感觉我们成长过程当中你都不爱，不爱什么呢？不爱我和弟弟啊，那么我们现在都已经是50多岁的人啊，那我40岁我开始敢表达我的感受，我妈妈说在十多年前，我妈妈说怎么能不爱呢？。</w:t>
      </w:r>
    </w:p>
    <w:p>
      <w:pPr>
        <w:pStyle w:val="Transcript"/>
      </w:pPr>
      <w:r>
        <w:rPr>
          <w:rFonts w:ascii="Noto Sans CJK SC" w:hAnsi="Noto Sans CJK SC" w:eastAsia="Noto Sans CJK SC" w:cs="Noto Sans CJK SC"/>
          <w:b/>
          <w:i w:val="0"/>
          <w:color w:val="000000"/>
        </w:rPr>
        <w:t xml:space="preserve">[01:05:48]  </w:t>
      </w:r>
      <w:r>
        <w:rPr>
          <w:rFonts w:ascii="Noto Sans CJK SC" w:hAnsi="Noto Sans CJK SC" w:eastAsia="Noto Sans CJK SC" w:cs="Noto Sans CJK SC"/>
          <w:b w:val="0"/>
          <w:i w:val="0"/>
          <w:color w:val="000000"/>
        </w:rPr>
        <w:t>他说要是你爸爸知道一定很伤心啊，那我今天啊今年的春晖家长学堂呢，我跟所有啊我上课的啊所有家长朋友说的是有些爱真的要等到父母离世你才能接得到啊，那么这个啊方法正确嘛啊，我的心声。</w:t>
      </w:r>
    </w:p>
    <w:p>
      <w:pPr>
        <w:pStyle w:val="Heading1"/>
      </w:pPr>
      <w:r>
        <w:rPr>
          <w:rFonts w:ascii="Noto Sans CJK SC" w:hAnsi="Noto Sans CJK SC" w:eastAsia="Noto Sans CJK SC" w:cs="Noto Sans CJK SC"/>
          <w:b/>
          <w:i w:val="0"/>
          <w:color w:val="000000"/>
        </w:rPr>
        <w:t>安全感与情绪回应</w:t>
      </w:r>
    </w:p>
    <w:p>
      <w:pPr>
        <w:pStyle w:val="Transcript"/>
      </w:pPr>
      <w:r>
        <w:rPr>
          <w:rFonts w:ascii="Noto Sans CJK SC" w:hAnsi="Noto Sans CJK SC" w:eastAsia="Noto Sans CJK SC" w:cs="Noto Sans CJK SC"/>
          <w:b/>
          <w:i w:val="0"/>
          <w:color w:val="000000"/>
        </w:rPr>
        <w:t xml:space="preserve">[01:06:11]  </w:t>
      </w:r>
      <w:r>
        <w:rPr>
          <w:rFonts w:ascii="Noto Sans CJK SC" w:hAnsi="Noto Sans CJK SC" w:eastAsia="Noto Sans CJK SC" w:cs="Noto Sans CJK SC"/>
          <w:b w:val="0"/>
          <w:i w:val="0"/>
          <w:color w:val="000000"/>
        </w:rPr>
        <w:t>啊，好，这一个子女最需要父母给到他的是什么？啊？好，我们请陈主任来邀请呃家长朋友来呃分享一下哈。我们所有的学习互动是非常重要的啊。我很希望听到大家的心声。你觉得子女最需要父母给到他的是什么？来哪位家长？</w:t>
      </w:r>
    </w:p>
    <w:p>
      <w:pPr>
        <w:pStyle w:val="Transcript"/>
      </w:pPr>
      <w:r>
        <w:rPr>
          <w:rFonts w:ascii="Noto Sans CJK SC" w:hAnsi="Noto Sans CJK SC" w:eastAsia="Noto Sans CJK SC" w:cs="Noto Sans CJK SC"/>
          <w:b/>
          <w:i w:val="0"/>
          <w:color w:val="000000"/>
        </w:rPr>
        <w:t xml:space="preserve">[01:06:33]  </w:t>
      </w:r>
      <w:r>
        <w:rPr>
          <w:rFonts w:ascii="Noto Sans CJK SC" w:hAnsi="Noto Sans CJK SC" w:eastAsia="Noto Sans CJK SC" w:cs="Noto Sans CJK SC"/>
          <w:b w:val="0"/>
          <w:i w:val="0"/>
          <w:color w:val="000000"/>
        </w:rPr>
        <w:t>我们先请这位家长好，是我们同事，也是我们的家长。好，我们有有请我们啊非常有才华的杜主任啊，谢谢谢谢这个太突然了哈，这个子女最需要父。</w:t>
      </w:r>
    </w:p>
    <w:p>
      <w:pPr>
        <w:pStyle w:val="Transcript"/>
      </w:pPr>
      <w:r>
        <w:rPr>
          <w:rFonts w:ascii="Noto Sans CJK SC" w:hAnsi="Noto Sans CJK SC" w:eastAsia="Noto Sans CJK SC" w:cs="Noto Sans CJK SC"/>
          <w:b/>
          <w:i w:val="0"/>
          <w:color w:val="000000"/>
        </w:rPr>
        <w:t xml:space="preserve">[01:06:52]  </w:t>
      </w:r>
      <w:r>
        <w:rPr>
          <w:rFonts w:ascii="Noto Sans CJK SC" w:hAnsi="Noto Sans CJK SC" w:eastAsia="Noto Sans CJK SC" w:cs="Noto Sans CJK SC"/>
          <w:b w:val="0"/>
          <w:i w:val="0"/>
          <w:color w:val="000000"/>
        </w:rPr>
        <w:t>父母给他的是什么？因为我的孩子也是咱们彩田啊，〔听辨不清〕过来的，我感觉的就是对一种。</w:t>
      </w:r>
    </w:p>
    <w:p>
      <w:pPr>
        <w:pStyle w:val="Transcript"/>
      </w:pPr>
      <w:r>
        <w:rPr>
          <w:rFonts w:ascii="Noto Sans CJK SC" w:hAnsi="Noto Sans CJK SC" w:eastAsia="Noto Sans CJK SC" w:cs="Noto Sans CJK SC"/>
          <w:b/>
          <w:i w:val="0"/>
          <w:color w:val="000000"/>
        </w:rPr>
        <w:t xml:space="preserve">[01:07:01]  </w:t>
      </w:r>
      <w:r>
        <w:rPr>
          <w:rFonts w:ascii="Noto Sans CJK SC" w:hAnsi="Noto Sans CJK SC" w:eastAsia="Noto Sans CJK SC" w:cs="Noto Sans CJK SC"/>
          <w:b w:val="0"/>
          <w:i w:val="0"/>
          <w:color w:val="000000"/>
        </w:rPr>
        <w:t>放心，就是说怎么回事呢？你看因为他说的是子女最需要父母给他什么，就是你要相信他，相信他啊，对相信他。呃，如果是你给了他足够的信心，他才能够给他信心。对，展开用这个创新。嗯，我的父亲说他相信我，一定能成为校长。</w:t>
      </w:r>
    </w:p>
    <w:p>
      <w:pPr>
        <w:pStyle w:val="Transcript"/>
      </w:pPr>
      <w:r>
        <w:rPr>
          <w:rFonts w:ascii="Noto Sans CJK SC" w:hAnsi="Noto Sans CJK SC" w:eastAsia="Noto Sans CJK SC" w:cs="Noto Sans CJK SC"/>
          <w:b/>
          <w:i w:val="0"/>
          <w:color w:val="000000"/>
        </w:rPr>
        <w:t xml:space="preserve">[01:07:26]  </w:t>
      </w:r>
      <w:r>
        <w:rPr>
          <w:rFonts w:ascii="Noto Sans CJK SC" w:hAnsi="Noto Sans CJK SC" w:eastAsia="Noto Sans CJK SC" w:cs="Noto Sans CJK SC"/>
          <w:b w:val="0"/>
          <w:i w:val="0"/>
          <w:color w:val="000000"/>
        </w:rPr>
        <w:t>啊，我现在成为一名啊小学老师啊，他说啊你一定能成为校长。可是我现在通过这么多年，我觉得我做老师，我不再需要我的父亲来来啊认可我啊。我觉得啊他老去的时候，最后这十年我陪伴他的时间。我相信他一定啊认为他是很幸福的。</w:t>
      </w:r>
    </w:p>
    <w:p>
      <w:pPr>
        <w:pStyle w:val="Transcript"/>
      </w:pPr>
      <w:r>
        <w:rPr>
          <w:rFonts w:ascii="Noto Sans CJK SC" w:hAnsi="Noto Sans CJK SC" w:eastAsia="Noto Sans CJK SC" w:cs="Noto Sans CJK SC"/>
          <w:b/>
          <w:i w:val="0"/>
          <w:color w:val="000000"/>
        </w:rPr>
        <w:t xml:space="preserve">[01:07:48]  </w:t>
      </w:r>
      <w:r>
        <w:rPr>
          <w:rFonts w:ascii="Noto Sans CJK SC" w:hAnsi="Noto Sans CJK SC" w:eastAsia="Noto Sans CJK SC" w:cs="Noto Sans CJK SC"/>
          <w:b w:val="0"/>
          <w:i w:val="0"/>
          <w:color w:val="000000"/>
        </w:rPr>
        <w:t>啊，那么刚才这位我们啊满面笑容的杜主任呢给大家分享大家最重要的是信心啊。是的啊啊好，我们谢谢把掌声送给我们啊，我们的啊杜主任啊，优秀的爸爸啊，再邀请一位妈妈好哪位妈妈啊。</w:t>
      </w:r>
    </w:p>
    <w:p>
      <w:pPr>
        <w:pStyle w:val="Transcript"/>
      </w:pPr>
      <w:r>
        <w:rPr>
          <w:rFonts w:ascii="Noto Sans CJK SC" w:hAnsi="Noto Sans CJK SC" w:eastAsia="Noto Sans CJK SC" w:cs="Noto Sans CJK SC"/>
          <w:b/>
          <w:i w:val="0"/>
          <w:color w:val="000000"/>
        </w:rPr>
        <w:t xml:space="preserve">[01:08:09]  </w:t>
      </w:r>
      <w:r>
        <w:rPr>
          <w:rFonts w:ascii="Noto Sans CJK SC" w:hAnsi="Noto Sans CJK SC" w:eastAsia="Noto Sans CJK SC" w:cs="Noto Sans CJK SC"/>
          <w:b w:val="0"/>
          <w:i w:val="0"/>
          <w:color w:val="000000"/>
        </w:rPr>
        <w:t>〔现场简短应答，未辨认出清晰连续话语〕</w:t>
      </w:r>
    </w:p>
    <w:p>
      <w:pPr>
        <w:pStyle w:val="Transcript"/>
      </w:pPr>
      <w:r>
        <w:rPr>
          <w:rFonts w:ascii="Noto Sans CJK SC" w:hAnsi="Noto Sans CJK SC" w:eastAsia="Noto Sans CJK SC" w:cs="Noto Sans CJK SC"/>
          <w:b/>
          <w:i w:val="0"/>
          <w:color w:val="000000"/>
        </w:rPr>
        <w:t xml:space="preserve">[01:08:12]  </w:t>
      </w:r>
      <w:r>
        <w:rPr>
          <w:rFonts w:ascii="Noto Sans CJK SC" w:hAnsi="Noto Sans CJK SC" w:eastAsia="Noto Sans CJK SC" w:cs="Noto Sans CJK SC"/>
          <w:b w:val="0"/>
          <w:i w:val="0"/>
          <w:color w:val="000000"/>
        </w:rPr>
        <w:t>好，真好啊呃，我是一三班黄子轩、黄子墨〔姓名用字待核〕的家长。好，默默妈妈哎，您好啊〔听辨不清〕嗯，好的呃，我觉得孩呃子女最需要父母给他的是安全感嗯，就是哪些方面呈现。</w:t>
      </w:r>
    </w:p>
    <w:p>
      <w:pPr>
        <w:pStyle w:val="Transcript"/>
      </w:pPr>
      <w:r>
        <w:rPr>
          <w:rFonts w:ascii="Noto Sans CJK SC" w:hAnsi="Noto Sans CJK SC" w:eastAsia="Noto Sans CJK SC" w:cs="Noto Sans CJK SC"/>
          <w:b/>
          <w:i w:val="0"/>
          <w:color w:val="000000"/>
        </w:rPr>
        <w:t xml:space="preserve">[01:08:32]  </w:t>
      </w:r>
      <w:r>
        <w:rPr>
          <w:rFonts w:ascii="Noto Sans CJK SC" w:hAnsi="Noto Sans CJK SC" w:eastAsia="Noto Sans CJK SC" w:cs="Noto Sans CJK SC"/>
          <w:b w:val="0"/>
          <w:i w:val="0"/>
          <w:color w:val="000000"/>
        </w:rPr>
        <w:t>呃，哪些方面呈现啊？嗯我觉得有有安全感的孩子特别自信。那你在哪些方面给到他安全感呢呃。</w:t>
      </w:r>
    </w:p>
    <w:p>
      <w:pPr>
        <w:pStyle w:val="Transcript"/>
      </w:pPr>
      <w:r>
        <w:rPr>
          <w:rFonts w:ascii="Noto Sans CJK SC" w:hAnsi="Noto Sans CJK SC" w:eastAsia="Noto Sans CJK SC" w:cs="Noto Sans CJK SC"/>
          <w:b/>
          <w:i w:val="0"/>
          <w:color w:val="000000"/>
        </w:rPr>
        <w:t xml:space="preserve">[01:08:42]  </w:t>
      </w:r>
      <w:r>
        <w:rPr>
          <w:rFonts w:ascii="Noto Sans CJK SC" w:hAnsi="Noto Sans CJK SC" w:eastAsia="Noto Sans CJK SC" w:cs="Noto Sans CJK SC"/>
          <w:b w:val="0"/>
          <w:i w:val="0"/>
          <w:color w:val="000000"/>
        </w:rPr>
        <w:t>呃，我觉得任何时候孩子需要支持的时候，我都给他支持的，需要支持。嗯，我我我觉得我的父亲呢他也是经常给我说，你放心家是很安全的啊啊，我在我的父亲他中风之后呢啊我一直在挽留住他。因为他是世界上，我觉得我母亲离世之后，他是让我最安全的人。</w:t>
      </w:r>
    </w:p>
    <w:p>
      <w:pPr>
        <w:pStyle w:val="Transcript"/>
      </w:pPr>
      <w:r>
        <w:rPr>
          <w:rFonts w:ascii="Noto Sans CJK SC" w:hAnsi="Noto Sans CJK SC" w:eastAsia="Noto Sans CJK SC" w:cs="Noto Sans CJK SC"/>
          <w:b/>
          <w:i w:val="0"/>
          <w:color w:val="000000"/>
        </w:rPr>
        <w:t xml:space="preserve">[01:09:05]  </w:t>
      </w:r>
      <w:r>
        <w:rPr>
          <w:rFonts w:ascii="Noto Sans CJK SC" w:hAnsi="Noto Sans CJK SC" w:eastAsia="Noto Sans CJK SC" w:cs="Noto Sans CJK SC"/>
          <w:b w:val="0"/>
          <w:i w:val="0"/>
          <w:color w:val="000000"/>
        </w:rPr>
        <w:t>啊，安全感对于我们家庭的亲密关系来说是非常重要的。可是我们应该从哪些方面做努力？</w:t>
      </w:r>
    </w:p>
    <w:p>
      <w:pPr>
        <w:pStyle w:val="Transcript"/>
      </w:pPr>
      <w:r>
        <w:rPr>
          <w:rFonts w:ascii="Noto Sans CJK SC" w:hAnsi="Noto Sans CJK SC" w:eastAsia="Noto Sans CJK SC" w:cs="Noto Sans CJK SC"/>
          <w:b/>
          <w:i w:val="0"/>
          <w:color w:val="000000"/>
        </w:rPr>
        <w:t xml:space="preserve">[01:09:12]  </w:t>
      </w:r>
      <w:r>
        <w:rPr>
          <w:rFonts w:ascii="Noto Sans CJK SC" w:hAnsi="Noto Sans CJK SC" w:eastAsia="Noto Sans CJK SC" w:cs="Noto Sans CJK SC"/>
          <w:b w:val="0"/>
          <w:i w:val="0"/>
          <w:color w:val="000000"/>
        </w:rPr>
        <w:t>啊，有时候我们如果我们在孩子分在孩子身边，不一定孩子感觉到有安全感啊。好，我们先谢谢这位妈妈啊，分享的非常的精准啊。那在这里呢我邀请各位家长朋友们看这样一个视频啊。</w:t>
      </w:r>
    </w:p>
    <w:p>
      <w:pPr>
        <w:pStyle w:val="Transcript"/>
      </w:pPr>
      <w:r>
        <w:rPr>
          <w:rFonts w:ascii="Noto Sans CJK SC" w:hAnsi="Noto Sans CJK SC" w:eastAsia="Noto Sans CJK SC" w:cs="Noto Sans CJK SC"/>
          <w:b/>
          <w:i w:val="0"/>
          <w:color w:val="000000"/>
        </w:rPr>
        <w:t xml:space="preserve">[01:09:31]  </w:t>
      </w:r>
      <w:r>
        <w:rPr>
          <w:rFonts w:ascii="Noto Sans CJK SC" w:hAnsi="Noto Sans CJK SC" w:eastAsia="Noto Sans CJK SC" w:cs="Noto Sans CJK SC"/>
          <w:b w:val="0"/>
          <w:i w:val="0"/>
          <w:color w:val="000000"/>
        </w:rPr>
        <w:t>啊，这个呢是一个表情的实验啊，这是心理学家做的表情的实验。大家看一下啊，那么这位小BB呢在我们人类生存的一种啊两种状态当中，一种平安的状态当中跟妈妈进行啊沟通。大家看。</w:t>
      </w:r>
    </w:p>
    <w:p>
      <w:pPr>
        <w:pStyle w:val="Transcript"/>
      </w:pPr>
      <w:r>
        <w:rPr>
          <w:rFonts w:ascii="Noto Sans CJK SC" w:hAnsi="Noto Sans CJK SC" w:eastAsia="Noto Sans CJK SC" w:cs="Noto Sans CJK SC"/>
          <w:b/>
          <w:i w:val="0"/>
          <w:color w:val="000000"/>
        </w:rPr>
        <w:t xml:space="preserve">[01:09:53]  </w:t>
      </w:r>
      <w:r>
        <w:rPr>
          <w:rFonts w:ascii="Noto Sans CJK SC" w:hAnsi="Noto Sans CJK SC" w:eastAsia="Noto Sans CJK SC" w:cs="Noto Sans CJK SC"/>
          <w:b w:val="0"/>
          <w:i w:val="0"/>
          <w:color w:val="000000"/>
        </w:rPr>
        <w:t>看一下身体对吧？身体有身体的沟通，有语言的沟通，它有表情的语气情绪的沟通。然后在心理学家的指引之下呢，妈妈用的第二个〔视频英语旁白，听辨不清〕啊这种表情呢就是我们人类生活的第二种状态。〔疑为危险〕。</w:t>
      </w:r>
    </w:p>
    <w:p>
      <w:pPr>
        <w:pStyle w:val="Transcript"/>
      </w:pPr>
      <w:r>
        <w:rPr>
          <w:rFonts w:ascii="Noto Sans CJK SC" w:hAnsi="Noto Sans CJK SC" w:eastAsia="Noto Sans CJK SC" w:cs="Noto Sans CJK SC"/>
          <w:b/>
          <w:i w:val="0"/>
          <w:color w:val="000000"/>
        </w:rPr>
        <w:t xml:space="preserve">[01:10:19]  </w:t>
      </w:r>
      <w:r>
        <w:rPr>
          <w:rFonts w:ascii="Noto Sans CJK SC" w:hAnsi="Noto Sans CJK SC" w:eastAsia="Noto Sans CJK SC" w:cs="Noto Sans CJK SC"/>
          <w:b w:val="0"/>
          <w:i w:val="0"/>
          <w:color w:val="000000"/>
        </w:rPr>
        <w:t>〔视频英语旁白与讲解重叠，部分未辨清〕啊，我们来看一下，那么这位妈妈的表情和她的情绪啊给到这个小BB呢完全不一样的感受啊，开始呈现出来的是不安啊，焦虑。</w:t>
      </w:r>
    </w:p>
    <w:p>
      <w:pPr>
        <w:pStyle w:val="Transcript"/>
      </w:pPr>
      <w:r>
        <w:rPr>
          <w:rFonts w:ascii="Noto Sans CJK SC" w:hAnsi="Noto Sans CJK SC" w:eastAsia="Noto Sans CJK SC" w:cs="Noto Sans CJK SC"/>
          <w:b/>
          <w:i w:val="0"/>
          <w:color w:val="000000"/>
        </w:rPr>
        <w:t xml:space="preserve">[01:10:44]  </w:t>
      </w:r>
      <w:r>
        <w:rPr>
          <w:rFonts w:ascii="Noto Sans CJK SC" w:hAnsi="Noto Sans CJK SC" w:eastAsia="Noto Sans CJK SC" w:cs="Noto Sans CJK SC"/>
          <w:b w:val="0"/>
          <w:i w:val="0"/>
          <w:color w:val="000000"/>
        </w:rPr>
        <w:t>〔视频英语旁白，部分听辨不清〕… when they don't get the normal reaction〔部分听辨不清〕。这孩子形成很大的心理困扰。〔视频英语旁白〕… they feel the stress of it. They actually lose control of their posture.〔后续听辨不清〕我们看到了啊，刚才这位妈妈呢其实他两种状态下都怎么样都很爱孩子，对吧？可是呢孩子知道吗？</w:t>
      </w:r>
    </w:p>
    <w:p>
      <w:pPr>
        <w:pStyle w:val="Transcript"/>
      </w:pPr>
      <w:r>
        <w:rPr>
          <w:rFonts w:ascii="Noto Sans CJK SC" w:hAnsi="Noto Sans CJK SC" w:eastAsia="Noto Sans CJK SC" w:cs="Noto Sans CJK SC"/>
          <w:b/>
          <w:i w:val="0"/>
          <w:color w:val="000000"/>
        </w:rPr>
        <w:t xml:space="preserve">[01:11:12]  </w:t>
      </w:r>
      <w:r>
        <w:rPr>
          <w:rFonts w:ascii="Noto Sans CJK SC" w:hAnsi="Noto Sans CJK SC" w:eastAsia="Noto Sans CJK SC" w:cs="Noto Sans CJK SC"/>
          <w:b w:val="0"/>
          <w:i w:val="0"/>
          <w:color w:val="000000"/>
        </w:rPr>
        <w:t>不知道啊，所以我们来看一下父母呢切忌面无表情啊，我的爸爸啊我的爸爸和我的母亲啊，他们都是很好的老师啊，那么他在这一块的话呢，如何啊给到孩子安全感这一块的话呢啊。</w:t>
      </w:r>
    </w:p>
    <w:p>
      <w:pPr>
        <w:pStyle w:val="Transcript"/>
      </w:pPr>
      <w:r>
        <w:rPr>
          <w:rFonts w:ascii="Noto Sans CJK SC" w:hAnsi="Noto Sans CJK SC" w:eastAsia="Noto Sans CJK SC" w:cs="Noto Sans CJK SC"/>
          <w:b/>
          <w:i w:val="0"/>
          <w:color w:val="000000"/>
        </w:rPr>
        <w:t xml:space="preserve">[01:11:35]  </w:t>
      </w:r>
      <w:r>
        <w:rPr>
          <w:rFonts w:ascii="Noto Sans CJK SC" w:hAnsi="Noto Sans CJK SC" w:eastAsia="Noto Sans CJK SC" w:cs="Noto Sans CJK SC"/>
          <w:b w:val="0"/>
          <w:i w:val="0"/>
          <w:color w:val="000000"/>
        </w:rPr>
        <w:t>啊啊当然他后面通过了学习啊呃我父亲在近10年的时间呢啊，我也在跟他探讨啊，他一直都是刚才我们看到的啊，给到孩子安全感很重要的一个因素是什么？笑。来，我们彼此向。</w:t>
      </w:r>
    </w:p>
    <w:p>
      <w:pPr>
        <w:pStyle w:val="Transcript"/>
      </w:pPr>
      <w:r>
        <w:rPr>
          <w:rFonts w:ascii="Noto Sans CJK SC" w:hAnsi="Noto Sans CJK SC" w:eastAsia="Noto Sans CJK SC" w:cs="Noto Sans CJK SC"/>
          <w:b/>
          <w:i w:val="0"/>
          <w:color w:val="000000"/>
        </w:rPr>
        <w:t xml:space="preserve">[01:11:58]  </w:t>
      </w:r>
      <w:r>
        <w:rPr>
          <w:rFonts w:ascii="Noto Sans CJK SC" w:hAnsi="Noto Sans CJK SC" w:eastAsia="Noto Sans CJK SC" w:cs="Noto Sans CJK SC"/>
          <w:b w:val="0"/>
          <w:i w:val="0"/>
          <w:color w:val="000000"/>
        </w:rPr>
        <w:t>啊，左右的家长朋友笑一笑啊，点个头好，各位家长朋友，这个真的很重要。刚才我们看到这样一个实验，第一种状态呢是人类生存的状态平安啊，这个笑真的太重要了啊。那么回到家的话呢，你首先啊。</w:t>
      </w:r>
    </w:p>
    <w:p>
      <w:pPr>
        <w:pStyle w:val="Transcript"/>
      </w:pPr>
      <w:r>
        <w:rPr>
          <w:rFonts w:ascii="Noto Sans CJK SC" w:hAnsi="Noto Sans CJK SC" w:eastAsia="Noto Sans CJK SC" w:cs="Noto Sans CJK SC"/>
          <w:b/>
          <w:i w:val="0"/>
          <w:color w:val="000000"/>
        </w:rPr>
        <w:t xml:space="preserve">[01:12:20]  </w:t>
      </w:r>
      <w:r>
        <w:rPr>
          <w:rFonts w:ascii="Noto Sans CJK SC" w:hAnsi="Noto Sans CJK SC" w:eastAsia="Noto Sans CJK SC" w:cs="Noto Sans CJK SC"/>
          <w:b w:val="0"/>
          <w:i w:val="0"/>
          <w:color w:val="000000"/>
        </w:rPr>
        <w:t>啊，对待孩子的，我就给很多家长说要学会笑啊，一个经常啊有笑容的爸爸妈妈呢，其实对孩子来说是终身的幸福啊，我之前也是不会的啊，为啥我一回到家先把我的孩子跟我的先生先瞪啊，眼睛先瞪一遍，为啥？</w:t>
      </w:r>
    </w:p>
    <w:p>
      <w:pPr>
        <w:pStyle w:val="Transcript"/>
      </w:pPr>
      <w:r>
        <w:rPr>
          <w:rFonts w:ascii="Noto Sans CJK SC" w:hAnsi="Noto Sans CJK SC" w:eastAsia="Noto Sans CJK SC" w:cs="Noto Sans CJK SC"/>
          <w:b/>
          <w:i w:val="0"/>
          <w:color w:val="000000"/>
        </w:rPr>
        <w:t xml:space="preserve">[01:12:42]  </w:t>
      </w:r>
      <w:r>
        <w:rPr>
          <w:rFonts w:ascii="Noto Sans CJK SC" w:hAnsi="Noto Sans CJK SC" w:eastAsia="Noto Sans CJK SC" w:cs="Noto Sans CJK SC"/>
          <w:b w:val="0"/>
          <w:i w:val="0"/>
          <w:color w:val="000000"/>
        </w:rPr>
        <w:t>啊，我通过学习，我才知道哦，原来我瞪的是我童年的回忆啊，因为回到家我不能看到我的先生和我的女儿那么自在啊，他必须是端坐着啊。如果要是翘个二郎腿，我是接受不了的啊。要是更在那里悠闲的看电视，更是接受不了。</w:t>
      </w:r>
    </w:p>
    <w:p>
      <w:pPr>
        <w:pStyle w:val="Transcript"/>
      </w:pPr>
      <w:r>
        <w:rPr>
          <w:rFonts w:ascii="Noto Sans CJK SC" w:hAnsi="Noto Sans CJK SC" w:eastAsia="Noto Sans CJK SC" w:cs="Noto Sans CJK SC"/>
          <w:b/>
          <w:i w:val="0"/>
          <w:color w:val="000000"/>
        </w:rPr>
        <w:t xml:space="preserve">[01:13:04]  </w:t>
      </w:r>
      <w:r>
        <w:rPr>
          <w:rFonts w:ascii="Noto Sans CJK SC" w:hAnsi="Noto Sans CJK SC" w:eastAsia="Noto Sans CJK SC" w:cs="Noto Sans CJK SC"/>
          <w:b w:val="0"/>
          <w:i w:val="0"/>
          <w:color w:val="000000"/>
        </w:rPr>
        <w:t>啊，那么啊各位家长朋友，刚才我说的笑啊，我们可以看得出第一种刚才第一种状况下，妈妈跟孩子进行了很深度的沟通啊，面带笑容，他的啊整个情绪，他的表情，他的声音啊都可以说在这样状态下的孩子呢他的内心是非常平和的。</w:t>
      </w:r>
    </w:p>
    <w:p>
      <w:pPr>
        <w:pStyle w:val="Transcript"/>
      </w:pPr>
      <w:r>
        <w:rPr>
          <w:rFonts w:ascii="Noto Sans CJK SC" w:hAnsi="Noto Sans CJK SC" w:eastAsia="Noto Sans CJK SC" w:cs="Noto Sans CJK SC"/>
          <w:b/>
          <w:i w:val="0"/>
          <w:color w:val="000000"/>
        </w:rPr>
        <w:t xml:space="preserve">[01:13:29]  </w:t>
      </w:r>
      <w:r>
        <w:rPr>
          <w:rFonts w:ascii="Noto Sans CJK SC" w:hAnsi="Noto Sans CJK SC" w:eastAsia="Noto Sans CJK SC" w:cs="Noto Sans CJK SC"/>
          <w:b w:val="0"/>
          <w:i w:val="0"/>
          <w:color w:val="000000"/>
        </w:rPr>
        <w:t>啊，他有好奇心，好奇心来源于什么安全感，对不对啊？他可以去探知未知的世界啊，那么他的身体，他的心理以及他的大脑都在进行一个良性循环的轨道。可是孩子他并不知道我们父母的内心啊，我们不会笑的父母呢对孩子形成很大的困扰。</w:t>
      </w:r>
    </w:p>
    <w:p>
      <w:pPr>
        <w:pStyle w:val="Transcript"/>
      </w:pPr>
      <w:r>
        <w:rPr>
          <w:rFonts w:ascii="Noto Sans CJK SC" w:hAnsi="Noto Sans CJK SC" w:eastAsia="Noto Sans CJK SC" w:cs="Noto Sans CJK SC"/>
          <w:b/>
          <w:i w:val="0"/>
          <w:color w:val="000000"/>
        </w:rPr>
        <w:t xml:space="preserve">[01:13:54]  </w:t>
      </w:r>
      <w:r>
        <w:rPr>
          <w:rFonts w:ascii="Noto Sans CJK SC" w:hAnsi="Noto Sans CJK SC" w:eastAsia="Noto Sans CJK SC" w:cs="Noto Sans CJK SC"/>
          <w:b w:val="0"/>
          <w:i w:val="0"/>
          <w:color w:val="000000"/>
        </w:rPr>
        <w:t>啊，特别是孩子刚刚读一年级的时候啊，他看到孩子看到一回家回到家，看到父母很严肃的拉个马脸啊，那个脸色的话呢好像背了黑锅一样的啊，他就很担心自己的什么犯错啊，越担心自己犯错呢，他就越容易出错啊，越出错呢就进入了恶性循环的轨道。</w:t>
      </w:r>
    </w:p>
    <w:p>
      <w:pPr>
        <w:pStyle w:val="Transcript"/>
      </w:pPr>
      <w:r>
        <w:rPr>
          <w:rFonts w:ascii="Noto Sans CJK SC" w:hAnsi="Noto Sans CJK SC" w:eastAsia="Noto Sans CJK SC" w:cs="Noto Sans CJK SC"/>
          <w:b/>
          <w:i w:val="0"/>
          <w:color w:val="000000"/>
        </w:rPr>
        <w:t xml:space="preserve">[01:14:19]  </w:t>
      </w:r>
      <w:r>
        <w:rPr>
          <w:rFonts w:ascii="Noto Sans CJK SC" w:hAnsi="Noto Sans CJK SC" w:eastAsia="Noto Sans CJK SC" w:cs="Noto Sans CJK SC"/>
          <w:b w:val="0"/>
          <w:i w:val="0"/>
          <w:color w:val="000000"/>
        </w:rPr>
        <w:t>啊，所以我们来看一下，子女最需要父母给到他的是安全感。安全感我们可以操作的是什么？给他笑啊，当然你不能假笑啊，你假笑你的孩子是知道的哈，他知道你是不是真心的接纳，真心的去欣赏他。再一个呢尊重的爱。</w:t>
      </w:r>
    </w:p>
    <w:p>
      <w:pPr>
        <w:pStyle w:val="Transcript"/>
      </w:pPr>
      <w:r>
        <w:rPr>
          <w:rFonts w:ascii="Noto Sans CJK SC" w:hAnsi="Noto Sans CJK SC" w:eastAsia="Noto Sans CJK SC" w:cs="Noto Sans CJK SC"/>
          <w:b/>
          <w:i w:val="0"/>
          <w:color w:val="000000"/>
        </w:rPr>
        <w:t xml:space="preserve">[01:14:44]  </w:t>
      </w:r>
      <w:r>
        <w:rPr>
          <w:rFonts w:ascii="Noto Sans CJK SC" w:hAnsi="Noto Sans CJK SC" w:eastAsia="Noto Sans CJK SC" w:cs="Noto Sans CJK SC"/>
          <w:b w:val="0"/>
          <w:i w:val="0"/>
          <w:color w:val="000000"/>
        </w:rPr>
        <w:t>啊，我给各位家长朋友说，其实给到孩子安全感除了笑啊，那几个方面，对不对？孩子成长过程当中第一给他笑给他笑了，笑是非常关键的。第二个啊给他你的时间，给他你的专注力啊，还有最好的亲密关系，当孩子看到爸爸跟妈妈非常好的时候，他的内心是非常安全的。</w:t>
      </w:r>
    </w:p>
    <w:p>
      <w:pPr>
        <w:pStyle w:val="Transcript"/>
      </w:pPr>
      <w:r>
        <w:rPr>
          <w:rFonts w:ascii="Noto Sans CJK SC" w:hAnsi="Noto Sans CJK SC" w:eastAsia="Noto Sans CJK SC" w:cs="Noto Sans CJK SC"/>
          <w:b/>
          <w:i w:val="0"/>
          <w:color w:val="000000"/>
        </w:rPr>
        <w:t xml:space="preserve">[01:15:10]  </w:t>
      </w:r>
      <w:r>
        <w:rPr>
          <w:rFonts w:ascii="Noto Sans CJK SC" w:hAnsi="Noto Sans CJK SC" w:eastAsia="Noto Sans CJK SC" w:cs="Noto Sans CJK SC"/>
          <w:b w:val="0"/>
          <w:i w:val="0"/>
          <w:color w:val="000000"/>
        </w:rPr>
        <w:t>啊，非常非常的安全。那么最好的亲子关系啊，我们说孩子子女是因为什么而成长？未来社会压力越来越大啊，我的孩子呢他的这个男朋友的话呢啊他做的工作呢啊，他是港大学法律的啊，他是一个星期要熬通宵夜。</w:t>
      </w:r>
    </w:p>
    <w:p>
      <w:pPr>
        <w:pStyle w:val="Transcript"/>
      </w:pPr>
      <w:r>
        <w:rPr>
          <w:rFonts w:ascii="Noto Sans CJK SC" w:hAnsi="Noto Sans CJK SC" w:eastAsia="Noto Sans CJK SC" w:cs="Noto Sans CJK SC"/>
          <w:b/>
          <w:i w:val="0"/>
          <w:color w:val="000000"/>
        </w:rPr>
        <w:t xml:space="preserve">[01:15:34]  </w:t>
      </w:r>
      <w:r>
        <w:rPr>
          <w:rFonts w:ascii="Noto Sans CJK SC" w:hAnsi="Noto Sans CJK SC" w:eastAsia="Noto Sans CJK SC" w:cs="Noto Sans CJK SC"/>
          <w:b w:val="0"/>
          <w:i w:val="0"/>
          <w:color w:val="000000"/>
        </w:rPr>
        <w:t>两次经常干工作干到两三点啊，那么未来我们孩子的压力会越来越大。各位家长朋友啊，但是这就是这个时代的？你要面临的命运啊，那么人是因为什么而成长呢？是因为亲密关系。</w:t>
      </w:r>
    </w:p>
    <w:p>
      <w:pPr>
        <w:pStyle w:val="Transcript"/>
      </w:pPr>
      <w:r>
        <w:rPr>
          <w:rFonts w:ascii="Noto Sans CJK SC" w:hAnsi="Noto Sans CJK SC" w:eastAsia="Noto Sans CJK SC" w:cs="Noto Sans CJK SC"/>
          <w:b/>
          <w:i w:val="0"/>
          <w:color w:val="000000"/>
        </w:rPr>
        <w:t xml:space="preserve">[01:15:58]  </w:t>
      </w:r>
      <w:r>
        <w:rPr>
          <w:rFonts w:ascii="Noto Sans CJK SC" w:hAnsi="Noto Sans CJK SC" w:eastAsia="Noto Sans CJK SC" w:cs="Noto Sans CJK SC"/>
          <w:b w:val="0"/>
          <w:i w:val="0"/>
          <w:color w:val="000000"/>
        </w:rPr>
        <w:t>啊，所以我们做父母的很重要的啊，在孩子面前呈现的是亲密的状态，快乐的状态。你的孩子呢他就会快乐的成长啊，快乐是很重要的源泉啊，各位家长朋友在我成长的过程当中啊，我都不敢。</w:t>
      </w:r>
    </w:p>
    <w:p>
      <w:pPr>
        <w:pStyle w:val="Transcript"/>
      </w:pPr>
      <w:r>
        <w:rPr>
          <w:rFonts w:ascii="Noto Sans CJK SC" w:hAnsi="Noto Sans CJK SC" w:eastAsia="Noto Sans CJK SC" w:cs="Noto Sans CJK SC"/>
          <w:b/>
          <w:i w:val="0"/>
          <w:color w:val="000000"/>
        </w:rPr>
        <w:t xml:space="preserve">[01:16:20]  </w:t>
      </w:r>
      <w:r>
        <w:rPr>
          <w:rFonts w:ascii="Noto Sans CJK SC" w:hAnsi="Noto Sans CJK SC" w:eastAsia="Noto Sans CJK SC" w:cs="Noto Sans CJK SC"/>
          <w:b w:val="0"/>
          <w:i w:val="0"/>
          <w:color w:val="000000"/>
        </w:rPr>
        <w:t>尽情的快乐啊，为啥我们都是比较收敛含蓄。为啥？因为始终有一种评价的声音在告诉我乐极生悲，乐极生悲啊。那么在今天这个时代，我要提醒各位家长朋友，快乐真的是很重要的能量啊。</w:t>
      </w:r>
    </w:p>
    <w:p>
      <w:pPr>
        <w:pStyle w:val="Transcript"/>
      </w:pPr>
      <w:r>
        <w:rPr>
          <w:rFonts w:ascii="Noto Sans CJK SC" w:hAnsi="Noto Sans CJK SC" w:eastAsia="Noto Sans CJK SC" w:cs="Noto Sans CJK SC"/>
          <w:b/>
          <w:i w:val="0"/>
          <w:color w:val="000000"/>
        </w:rPr>
        <w:t xml:space="preserve">[01:16:43]  </w:t>
      </w:r>
      <w:r>
        <w:rPr>
          <w:rFonts w:ascii="Noto Sans CJK SC" w:hAnsi="Noto Sans CJK SC" w:eastAsia="Noto Sans CJK SC" w:cs="Noto Sans CJK SC"/>
          <w:b w:val="0"/>
          <w:i w:val="0"/>
          <w:color w:val="000000"/>
        </w:rPr>
        <w:t>你跟你的孩子这一块有没有真的是很嗨的时候啊。好，我们来看一下父母怎么样推动子女。</w:t>
      </w:r>
    </w:p>
    <w:p>
      <w:pPr>
        <w:pStyle w:val="Heading1"/>
      </w:pPr>
      <w:r>
        <w:rPr>
          <w:rFonts w:ascii="Noto Sans CJK SC" w:hAnsi="Noto Sans CJK SC" w:eastAsia="Noto Sans CJK SC" w:cs="Noto Sans CJK SC"/>
          <w:b/>
          <w:i w:val="0"/>
          <w:color w:val="000000"/>
        </w:rPr>
        <w:t>内在动力与自我反思</w:t>
      </w:r>
    </w:p>
    <w:p>
      <w:pPr>
        <w:pStyle w:val="Transcript"/>
      </w:pPr>
      <w:r>
        <w:rPr>
          <w:rFonts w:ascii="Noto Sans CJK SC" w:hAnsi="Noto Sans CJK SC" w:eastAsia="Noto Sans CJK SC" w:cs="Noto Sans CJK SC"/>
          <w:b/>
          <w:i w:val="0"/>
          <w:color w:val="000000"/>
        </w:rPr>
        <w:t xml:space="preserve">[01:16:53]  </w:t>
      </w:r>
      <w:r>
        <w:rPr>
          <w:rFonts w:ascii="Noto Sans CJK SC" w:hAnsi="Noto Sans CJK SC" w:eastAsia="Noto Sans CJK SC" w:cs="Noto Sans CJK SC"/>
          <w:b w:val="0"/>
          <w:i w:val="0"/>
          <w:color w:val="000000"/>
        </w:rPr>
        <w:t>哈呃一年级的孩子都是眼中有光哈，基本上来说到了六年级，你问他啥，他就说还行，差不多无所谓，怎么都好随便啦，你会感觉到这个孩子怎么样麻木。</w:t>
      </w:r>
    </w:p>
    <w:p>
      <w:pPr>
        <w:pStyle w:val="Transcript"/>
      </w:pPr>
      <w:r>
        <w:rPr>
          <w:rFonts w:ascii="Noto Sans CJK SC" w:hAnsi="Noto Sans CJK SC" w:eastAsia="Noto Sans CJK SC" w:cs="Noto Sans CJK SC"/>
          <w:b/>
          <w:i w:val="0"/>
          <w:color w:val="000000"/>
        </w:rPr>
        <w:t xml:space="preserve">[01:17:18]  </w:t>
      </w:r>
      <w:r>
        <w:rPr>
          <w:rFonts w:ascii="Noto Sans CJK SC" w:hAnsi="Noto Sans CJK SC" w:eastAsia="Noto Sans CJK SC" w:cs="Noto Sans CJK SC"/>
          <w:b w:val="0"/>
          <w:i w:val="0"/>
          <w:color w:val="000000"/>
        </w:rPr>
        <w:t>到了六年级，不用说到了初中。</w:t>
      </w:r>
    </w:p>
    <w:p>
      <w:pPr>
        <w:pStyle w:val="Transcript"/>
      </w:pPr>
      <w:r>
        <w:rPr>
          <w:rFonts w:ascii="Noto Sans CJK SC" w:hAnsi="Noto Sans CJK SC" w:eastAsia="Noto Sans CJK SC" w:cs="Noto Sans CJK SC"/>
          <w:b/>
          <w:i w:val="0"/>
          <w:color w:val="000000"/>
        </w:rPr>
        <w:t xml:space="preserve">[01:17:23]  </w:t>
      </w:r>
      <w:r>
        <w:rPr>
          <w:rFonts w:ascii="Noto Sans CJK SC" w:hAnsi="Noto Sans CJK SC" w:eastAsia="Noto Sans CJK SC" w:cs="Noto Sans CJK SC"/>
          <w:b w:val="0"/>
          <w:i w:val="0"/>
          <w:color w:val="000000"/>
        </w:rPr>
        <w:t>啊，那你问这个问题就出现问题了，为什么你的孩子失去了动力？</w:t>
      </w:r>
    </w:p>
    <w:p>
      <w:pPr>
        <w:pStyle w:val="Transcript"/>
      </w:pPr>
      <w:r>
        <w:rPr>
          <w:rFonts w:ascii="Noto Sans CJK SC" w:hAnsi="Noto Sans CJK SC" w:eastAsia="Noto Sans CJK SC" w:cs="Noto Sans CJK SC"/>
          <w:b/>
          <w:i w:val="0"/>
          <w:color w:val="000000"/>
        </w:rPr>
        <w:t xml:space="preserve">[01:17:31]  </w:t>
      </w:r>
      <w:r>
        <w:rPr>
          <w:rFonts w:ascii="Noto Sans CJK SC" w:hAnsi="Noto Sans CJK SC" w:eastAsia="Noto Sans CJK SC" w:cs="Noto Sans CJK SC"/>
          <w:b w:val="0"/>
          <w:i w:val="0"/>
          <w:color w:val="000000"/>
        </w:rPr>
        <w:t>各位家长朋友，我邀请大家来看这个视频，你看一下啊，怎么样才能让你的孩子有生命的动力。如果你做的好，我相信你的孩子在学业在未来的职业啊，在读大学，甚至研究生啊，博士啊，甚至到他工作他都会有竞争力。</w:t>
      </w:r>
    </w:p>
    <w:p>
      <w:pPr>
        <w:pStyle w:val="Transcript"/>
      </w:pPr>
      <w:r>
        <w:rPr>
          <w:rFonts w:ascii="Noto Sans CJK SC" w:hAnsi="Noto Sans CJK SC" w:eastAsia="Noto Sans CJK SC" w:cs="Noto Sans CJK SC"/>
          <w:b/>
          <w:i w:val="0"/>
          <w:color w:val="000000"/>
        </w:rPr>
        <w:t xml:space="preserve">[01:17:54]  </w:t>
      </w:r>
      <w:r>
        <w:rPr>
          <w:rFonts w:ascii="Noto Sans CJK SC" w:hAnsi="Noto Sans CJK SC" w:eastAsia="Noto Sans CJK SC" w:cs="Noto Sans CJK SC"/>
          <w:b w:val="0"/>
          <w:i w:val="0"/>
          <w:color w:val="000000"/>
        </w:rPr>
        <w:t>啊，好，我们一起来看一下。</w:t>
      </w:r>
    </w:p>
    <w:p>
      <w:pPr>
        <w:pStyle w:val="Transcript"/>
      </w:pPr>
      <w:r>
        <w:rPr>
          <w:rFonts w:ascii="Noto Sans CJK SC" w:hAnsi="Noto Sans CJK SC" w:eastAsia="Noto Sans CJK SC" w:cs="Noto Sans CJK SC"/>
          <w:b/>
          <w:i w:val="0"/>
          <w:color w:val="000000"/>
        </w:rPr>
        <w:t xml:space="preserve">[01:17:58]  </w:t>
      </w:r>
      <w:r>
        <w:rPr>
          <w:rFonts w:ascii="Noto Sans CJK SC" w:hAnsi="Noto Sans CJK SC" w:eastAsia="Noto Sans CJK SC" w:cs="Noto Sans CJK SC"/>
          <w:b w:val="0"/>
          <w:i w:val="0"/>
          <w:color w:val="000000"/>
        </w:rPr>
        <w:t>你看这个。</w:t>
      </w:r>
    </w:p>
    <w:p>
      <w:pPr>
        <w:pStyle w:val="Transcript"/>
      </w:pPr>
      <w:r>
        <w:rPr>
          <w:rFonts w:ascii="Noto Sans CJK SC" w:hAnsi="Noto Sans CJK SC" w:eastAsia="Noto Sans CJK SC" w:cs="Noto Sans CJK SC"/>
          <w:b/>
          <w:i w:val="0"/>
          <w:color w:val="000000"/>
        </w:rPr>
        <w:t xml:space="preserve">[01:18:08]  </w:t>
      </w:r>
      <w:r>
        <w:rPr>
          <w:rFonts w:ascii="Noto Sans CJK SC" w:hAnsi="Noto Sans CJK SC" w:eastAsia="Noto Sans CJK SC" w:cs="Noto Sans CJK SC"/>
          <w:b w:val="0"/>
          <w:i w:val="0"/>
          <w:color w:val="000000"/>
        </w:rPr>
        <w:t>这个小BB〔称呼转写待核〕还有多大呢？</w:t>
      </w:r>
    </w:p>
    <w:p>
      <w:pPr>
        <w:pStyle w:val="Transcript"/>
      </w:pPr>
      <w:r>
        <w:rPr>
          <w:rFonts w:ascii="Noto Sans CJK SC" w:hAnsi="Noto Sans CJK SC" w:eastAsia="Noto Sans CJK SC" w:cs="Noto Sans CJK SC"/>
          <w:b/>
          <w:i w:val="0"/>
          <w:color w:val="000000"/>
        </w:rPr>
        <w:t xml:space="preserve">[01:18:10]  </w:t>
      </w:r>
      <w:r>
        <w:rPr>
          <w:rFonts w:ascii="Noto Sans CJK SC" w:hAnsi="Noto Sans CJK SC" w:eastAsia="Noto Sans CJK SC" w:cs="Noto Sans CJK SC"/>
          <w:b w:val="0"/>
          <w:i w:val="0"/>
          <w:color w:val="000000"/>
        </w:rPr>
        <w:t>啊。</w:t>
      </w:r>
    </w:p>
    <w:p>
      <w:pPr>
        <w:pStyle w:val="Transcript"/>
      </w:pPr>
      <w:r>
        <w:rPr>
          <w:rFonts w:ascii="Noto Sans CJK SC" w:hAnsi="Noto Sans CJK SC" w:eastAsia="Noto Sans CJK SC" w:cs="Noto Sans CJK SC"/>
          <w:b/>
          <w:i w:val="0"/>
          <w:color w:val="000000"/>
        </w:rPr>
        <w:t xml:space="preserve">[01:18:13]  </w:t>
      </w:r>
      <w:r>
        <w:rPr>
          <w:rFonts w:ascii="Noto Sans CJK SC" w:hAnsi="Noto Sans CJK SC" w:eastAsia="Noto Sans CJK SC" w:cs="Noto Sans CJK SC"/>
          <w:b w:val="0"/>
          <w:i w:val="0"/>
          <w:color w:val="000000"/>
        </w:rPr>
        <w:t>1岁还没没有，10个月吧。</w:t>
      </w:r>
    </w:p>
    <w:p>
      <w:pPr>
        <w:pStyle w:val="Transcript"/>
      </w:pPr>
      <w:r>
        <w:rPr>
          <w:rFonts w:ascii="Noto Sans CJK SC" w:hAnsi="Noto Sans CJK SC" w:eastAsia="Noto Sans CJK SC" w:cs="Noto Sans CJK SC"/>
          <w:b/>
          <w:i w:val="0"/>
          <w:color w:val="000000"/>
        </w:rPr>
        <w:t xml:space="preserve">[01:18:16]  </w:t>
      </w:r>
      <w:r>
        <w:rPr>
          <w:rFonts w:ascii="Noto Sans CJK SC" w:hAnsi="Noto Sans CJK SC" w:eastAsia="Noto Sans CJK SC" w:cs="Noto Sans CJK SC"/>
          <w:b w:val="0"/>
          <w:i w:val="0"/>
          <w:color w:val="000000"/>
        </w:rPr>
        <w:t>啊啊。</w:t>
      </w:r>
    </w:p>
    <w:p>
      <w:pPr>
        <w:pStyle w:val="Transcript"/>
      </w:pPr>
      <w:r>
        <w:rPr>
          <w:rFonts w:ascii="Noto Sans CJK SC" w:hAnsi="Noto Sans CJK SC" w:eastAsia="Noto Sans CJK SC" w:cs="Noto Sans CJK SC"/>
          <w:b/>
          <w:i w:val="0"/>
          <w:color w:val="000000"/>
        </w:rPr>
        <w:t xml:space="preserve">[01:18:18]  </w:t>
      </w:r>
      <w:r>
        <w:rPr>
          <w:rFonts w:ascii="Noto Sans CJK SC" w:hAnsi="Noto Sans CJK SC" w:eastAsia="Noto Sans CJK SC" w:cs="Noto Sans CJK SC"/>
          <w:b w:val="0"/>
          <w:i w:val="0"/>
          <w:color w:val="000000"/>
        </w:rPr>
        <w:t>啊，你看他还站不稳啊。</w:t>
      </w:r>
    </w:p>
    <w:p>
      <w:pPr>
        <w:pStyle w:val="Transcript"/>
      </w:pPr>
      <w:r>
        <w:rPr>
          <w:rFonts w:ascii="Noto Sans CJK SC" w:hAnsi="Noto Sans CJK SC" w:eastAsia="Noto Sans CJK SC" w:cs="Noto Sans CJK SC"/>
          <w:b/>
          <w:i w:val="0"/>
          <w:color w:val="000000"/>
        </w:rPr>
        <w:t xml:space="preserve">[01:18:23]  </w:t>
      </w:r>
      <w:r>
        <w:rPr>
          <w:rFonts w:ascii="Noto Sans CJK SC" w:hAnsi="Noto Sans CJK SC" w:eastAsia="Noto Sans CJK SC" w:cs="Noto Sans CJK SC"/>
          <w:b w:val="0"/>
          <w:i w:val="0"/>
          <w:color w:val="000000"/>
        </w:rPr>
        <w:t>但是他要跳舞。</w:t>
      </w:r>
    </w:p>
    <w:p>
      <w:pPr>
        <w:pStyle w:val="Transcript"/>
      </w:pPr>
      <w:r>
        <w:rPr>
          <w:rFonts w:ascii="Noto Sans CJK SC" w:hAnsi="Noto Sans CJK SC" w:eastAsia="Noto Sans CJK SC" w:cs="Noto Sans CJK SC"/>
          <w:b/>
          <w:i w:val="0"/>
          <w:color w:val="000000"/>
        </w:rPr>
        <w:t xml:space="preserve">[01:18:25]  </w:t>
      </w:r>
      <w:r>
        <w:rPr>
          <w:rFonts w:ascii="Noto Sans CJK SC" w:hAnsi="Noto Sans CJK SC" w:eastAsia="Noto Sans CJK SC" w:cs="Noto Sans CJK SC"/>
          <w:b w:val="0"/>
          <w:i w:val="0"/>
          <w:color w:val="000000"/>
        </w:rPr>
        <w:t>〔视频及现场声音，未辨认出清晰话语〕</w:t>
      </w:r>
    </w:p>
    <w:p>
      <w:pPr>
        <w:pStyle w:val="Transcript"/>
      </w:pPr>
      <w:r>
        <w:rPr>
          <w:rFonts w:ascii="Noto Sans CJK SC" w:hAnsi="Noto Sans CJK SC" w:eastAsia="Noto Sans CJK SC" w:cs="Noto Sans CJK SC"/>
          <w:b/>
          <w:i w:val="0"/>
          <w:color w:val="000000"/>
        </w:rPr>
        <w:t xml:space="preserve">[01:18:28]  </w:t>
      </w:r>
      <w:r>
        <w:rPr>
          <w:rFonts w:ascii="Noto Sans CJK SC" w:hAnsi="Noto Sans CJK SC" w:eastAsia="Noto Sans CJK SC" w:cs="Noto Sans CJK SC"/>
          <w:b w:val="0"/>
          <w:i w:val="0"/>
          <w:color w:val="000000"/>
        </w:rPr>
        <w:t>给你一个挑战，怎么样让10个月大的孩子跳舞，你看他还要蹲下来啊，他不能跑不能跳，他就想跳舞。</w:t>
      </w:r>
    </w:p>
    <w:p>
      <w:pPr>
        <w:pStyle w:val="Transcript"/>
      </w:pPr>
      <w:r>
        <w:rPr>
          <w:rFonts w:ascii="Noto Sans CJK SC" w:hAnsi="Noto Sans CJK SC" w:eastAsia="Noto Sans CJK SC" w:cs="Noto Sans CJK SC"/>
          <w:b/>
          <w:i w:val="0"/>
          <w:color w:val="000000"/>
        </w:rPr>
        <w:t xml:space="preserve">[01:18:39]  </w:t>
      </w:r>
      <w:r>
        <w:rPr>
          <w:rFonts w:ascii="Noto Sans CJK SC" w:hAnsi="Noto Sans CJK SC" w:eastAsia="Noto Sans CJK SC" w:cs="Noto Sans CJK SC"/>
          <w:b w:val="0"/>
          <w:i w:val="0"/>
          <w:color w:val="000000"/>
        </w:rPr>
        <w:t>啊，〔后续词语听辨不清〕。</w:t>
      </w:r>
    </w:p>
    <w:p>
      <w:pPr>
        <w:pStyle w:val="Transcript"/>
      </w:pPr>
      <w:r>
        <w:rPr>
          <w:rFonts w:ascii="Noto Sans CJK SC" w:hAnsi="Noto Sans CJK SC" w:eastAsia="Noto Sans CJK SC" w:cs="Noto Sans CJK SC"/>
          <w:b/>
          <w:i w:val="0"/>
          <w:color w:val="000000"/>
        </w:rPr>
        <w:t xml:space="preserve">[01:18:42]  </w:t>
      </w:r>
      <w:r>
        <w:rPr>
          <w:rFonts w:ascii="Noto Sans CJK SC" w:hAnsi="Noto Sans CJK SC" w:eastAsia="Noto Sans CJK SC" w:cs="Noto Sans CJK SC"/>
          <w:b w:val="0"/>
          <w:i w:val="0"/>
          <w:color w:val="000000"/>
        </w:rPr>
        <w:t>你有没有办法让他〔听辨不清〕，而不是强迫他。</w:t>
      </w:r>
    </w:p>
    <w:p>
      <w:pPr>
        <w:pStyle w:val="Transcript"/>
      </w:pPr>
      <w:r>
        <w:rPr>
          <w:rFonts w:ascii="Noto Sans CJK SC" w:hAnsi="Noto Sans CJK SC" w:eastAsia="Noto Sans CJK SC" w:cs="Noto Sans CJK SC"/>
          <w:b/>
          <w:i w:val="0"/>
          <w:color w:val="000000"/>
        </w:rPr>
        <w:t xml:space="preserve">[01:18:47]  </w:t>
      </w:r>
      <w:r>
        <w:rPr>
          <w:rFonts w:ascii="Noto Sans CJK SC" w:hAnsi="Noto Sans CJK SC" w:eastAsia="Noto Sans CJK SC" w:cs="Noto Sans CJK SC"/>
          <w:b w:val="0"/>
          <w:i w:val="0"/>
          <w:color w:val="000000"/>
        </w:rPr>
        <w:t>刚才我邀请大家看的这个就是如何激发子女生命动力的故事啊，各位家长朋友，我想告诉你三点啊，这个孩子呢不是我们强迫他去跳，是他想跳就跳啊啊你不需要强迫他，他自己有这种什么呢？</w:t>
      </w:r>
    </w:p>
    <w:p>
      <w:pPr>
        <w:pStyle w:val="Transcript"/>
      </w:pPr>
      <w:r>
        <w:rPr>
          <w:rFonts w:ascii="Noto Sans CJK SC" w:hAnsi="Noto Sans CJK SC" w:eastAsia="Noto Sans CJK SC" w:cs="Noto Sans CJK SC"/>
          <w:b/>
          <w:i w:val="0"/>
          <w:color w:val="000000"/>
        </w:rPr>
        <w:t xml:space="preserve">[01:19:10]  </w:t>
      </w:r>
      <w:r>
        <w:rPr>
          <w:rFonts w:ascii="Noto Sans CJK SC" w:hAnsi="Noto Sans CJK SC" w:eastAsia="Noto Sans CJK SC" w:cs="Noto Sans CJK SC"/>
          <w:b w:val="0"/>
          <w:i w:val="0"/>
          <w:color w:val="000000"/>
        </w:rPr>
        <w:t>这就是生命的真谛本能。我们每一个人都有智力发展的本能啊，有生存与发展的本能，有学与做的本能，有让自己变得更好的本能啊，那么刚才这个孩子我们看到这个视频的过程当中，如果你把我的三句话。</w:t>
      </w:r>
    </w:p>
    <w:p>
      <w:pPr>
        <w:pStyle w:val="Transcript"/>
      </w:pPr>
      <w:r>
        <w:rPr>
          <w:rFonts w:ascii="Noto Sans CJK SC" w:hAnsi="Noto Sans CJK SC" w:eastAsia="Noto Sans CJK SC" w:cs="Noto Sans CJK SC"/>
          <w:b/>
          <w:i w:val="0"/>
          <w:color w:val="000000"/>
        </w:rPr>
        <w:t xml:space="preserve">[01:19:34]  </w:t>
      </w:r>
      <w:r>
        <w:rPr>
          <w:rFonts w:ascii="Noto Sans CJK SC" w:hAnsi="Noto Sans CJK SC" w:eastAsia="Noto Sans CJK SC" w:cs="Noto Sans CJK SC"/>
          <w:b w:val="0"/>
          <w:i w:val="0"/>
          <w:color w:val="000000"/>
        </w:rPr>
        <w:t>啊，如何培养一个孩子的内在动力，我们称为内驱力，你真的是可以消化，可以去实践的话，我一定祝福你啊。第一啊，我们在孩子成长过程当中的三个要素，怎么样发挥他的内在动力。第一，给他榜样啊，给他榜样。</w:t>
      </w:r>
    </w:p>
    <w:p>
      <w:pPr>
        <w:pStyle w:val="Transcript"/>
      </w:pPr>
      <w:r>
        <w:rPr>
          <w:rFonts w:ascii="Noto Sans CJK SC" w:hAnsi="Noto Sans CJK SC" w:eastAsia="Noto Sans CJK SC" w:cs="Noto Sans CJK SC"/>
          <w:b/>
          <w:i w:val="0"/>
          <w:color w:val="000000"/>
        </w:rPr>
        <w:t xml:space="preserve">[01:19:57]  </w:t>
      </w:r>
      <w:r>
        <w:rPr>
          <w:rFonts w:ascii="Noto Sans CJK SC" w:hAnsi="Noto Sans CJK SC" w:eastAsia="Noto Sans CJK SC" w:cs="Noto Sans CJK SC"/>
          <w:b w:val="0"/>
          <w:i w:val="0"/>
          <w:color w:val="000000"/>
        </w:rPr>
        <w:t>刚才我们我在上课之前，陈主任反复的强调啊，我们的教育团队啊，我们的彩田的啊整个教师的德育团队已经非常形成规模了啊，我们有一致的理念提反复的倡导榜样啊。那么刚才我们在看这个小BB在跳舞的时候，谁给他榜样呢？。</w:t>
      </w:r>
    </w:p>
    <w:p>
      <w:pPr>
        <w:pStyle w:val="Transcript"/>
      </w:pPr>
      <w:r>
        <w:rPr>
          <w:rFonts w:ascii="Noto Sans CJK SC" w:hAnsi="Noto Sans CJK SC" w:eastAsia="Noto Sans CJK SC" w:cs="Noto Sans CJK SC"/>
          <w:b/>
          <w:i w:val="0"/>
          <w:color w:val="000000"/>
        </w:rPr>
        <w:t xml:space="preserve">[01:20:23]  </w:t>
      </w:r>
      <w:r>
        <w:rPr>
          <w:rFonts w:ascii="Noto Sans CJK SC" w:hAnsi="Noto Sans CJK SC" w:eastAsia="Noto Sans CJK SC" w:cs="Noto Sans CJK SC"/>
          <w:b w:val="0"/>
          <w:i w:val="0"/>
          <w:color w:val="000000"/>
        </w:rPr>
        <w:t>电视里面的对吧？电视里面的给到他榜样，哎，他就想学，这是人的本能呢，他不需要你告诉他，你要学也不要啊，那一年级的小朋友，他的这个榜样的话呢，很重要来到学校的榜样是谁？老师，他就回去想做小老师。</w:t>
      </w:r>
    </w:p>
    <w:p>
      <w:pPr>
        <w:pStyle w:val="Transcript"/>
      </w:pPr>
      <w:r>
        <w:rPr>
          <w:rFonts w:ascii="Noto Sans CJK SC" w:hAnsi="Noto Sans CJK SC" w:eastAsia="Noto Sans CJK SC" w:cs="Noto Sans CJK SC"/>
          <w:b/>
          <w:i w:val="0"/>
          <w:color w:val="000000"/>
        </w:rPr>
        <w:t xml:space="preserve">[01:20:46]  </w:t>
      </w:r>
      <w:r>
        <w:rPr>
          <w:rFonts w:ascii="Noto Sans CJK SC" w:hAnsi="Noto Sans CJK SC" w:eastAsia="Noto Sans CJK SC" w:cs="Noto Sans CJK SC"/>
          <w:b w:val="0"/>
          <w:i w:val="0"/>
          <w:color w:val="000000"/>
        </w:rPr>
        <w:t>当然，最重要的榜样是他的父母啊，那么父母和老师啊在小学阶段是他非常重要的榜样。第二个给他感受。各位家长朋友，人是〔听辨不清〕感受的对吧？啊，感受的？那刚才这位小BB〔称呼转写待核〕在跳舞的时候，你看谁给到他感受啊？</w:t>
      </w:r>
    </w:p>
    <w:p>
      <w:pPr>
        <w:pStyle w:val="Transcript"/>
      </w:pPr>
      <w:r>
        <w:rPr>
          <w:rFonts w:ascii="Noto Sans CJK SC" w:hAnsi="Noto Sans CJK SC" w:eastAsia="Noto Sans CJK SC" w:cs="Noto Sans CJK SC"/>
          <w:b/>
          <w:i w:val="0"/>
          <w:color w:val="000000"/>
        </w:rPr>
        <w:t xml:space="preserve">[01:21:10]  </w:t>
      </w:r>
      <w:r>
        <w:rPr>
          <w:rFonts w:ascii="Noto Sans CJK SC" w:hAnsi="Noto Sans CJK SC" w:eastAsia="Noto Sans CJK SC" w:cs="Noto Sans CJK SC"/>
          <w:b w:val="0"/>
          <w:i w:val="0"/>
          <w:color w:val="000000"/>
        </w:rPr>
        <w:t>他爸爸对吧？他爸爸给了他什么样的感受，笑声听到了吗？啊，那这样的笑声呢就给到了这个孩子怎么样呢？激发他动力最重要的因素就是给到孩子感受。哇，爸爸在笑，爸爸在欣赏我爸爸看见了我。</w:t>
      </w:r>
    </w:p>
    <w:p>
      <w:pPr>
        <w:pStyle w:val="Transcript"/>
      </w:pPr>
      <w:r>
        <w:rPr>
          <w:rFonts w:ascii="Noto Sans CJK SC" w:hAnsi="Noto Sans CJK SC" w:eastAsia="Noto Sans CJK SC" w:cs="Noto Sans CJK SC"/>
          <w:b/>
          <w:i w:val="0"/>
          <w:color w:val="000000"/>
        </w:rPr>
        <w:t xml:space="preserve">[01:21:32]  </w:t>
      </w:r>
      <w:r>
        <w:rPr>
          <w:rFonts w:ascii="Noto Sans CJK SC" w:hAnsi="Noto Sans CJK SC" w:eastAsia="Noto Sans CJK SC" w:cs="Noto Sans CJK SC"/>
          <w:b w:val="0"/>
          <w:i w:val="0"/>
          <w:color w:val="000000"/>
        </w:rPr>
        <w:t>啊，所以这个就给到孩子莫大的成功感。第一，给他榜样。第二个给到他感受。第三，强化阶段性的去强化他的感受啊，你比如说孩子刚刚开始学写字的时候哇啊，你看这个老师写的字。哎呀，你看这个同学写的这榜样。</w:t>
      </w:r>
    </w:p>
    <w:p>
      <w:pPr>
        <w:pStyle w:val="Transcript"/>
      </w:pPr>
      <w:r>
        <w:rPr>
          <w:rFonts w:ascii="Noto Sans CJK SC" w:hAnsi="Noto Sans CJK SC" w:eastAsia="Noto Sans CJK SC" w:cs="Noto Sans CJK SC"/>
          <w:b/>
          <w:i w:val="0"/>
          <w:color w:val="000000"/>
        </w:rPr>
        <w:t xml:space="preserve">[01:21:58]  </w:t>
      </w:r>
      <w:r>
        <w:rPr>
          <w:rFonts w:ascii="Noto Sans CJK SC" w:hAnsi="Noto Sans CJK SC" w:eastAsia="Noto Sans CJK SC" w:cs="Noto Sans CJK SC"/>
          <w:b w:val="0"/>
          <w:i w:val="0"/>
          <w:color w:val="000000"/>
        </w:rPr>
        <w:t>对不对？榜样的力量是力量呢是随处可见的。第二，回到家的话呢，给到他很重要的。我们父母可以做的就是给他感受啊，我们千万不要说这些笼统的模糊的话啊，你真棒，不要妈妈看到你真的好努力，你今天居然坚持了7分钟。</w:t>
      </w:r>
    </w:p>
    <w:p>
      <w:pPr>
        <w:pStyle w:val="Transcript"/>
      </w:pPr>
      <w:r>
        <w:rPr>
          <w:rFonts w:ascii="Noto Sans CJK SC" w:hAnsi="Noto Sans CJK SC" w:eastAsia="Noto Sans CJK SC" w:cs="Noto Sans CJK SC"/>
          <w:b/>
          <w:i w:val="0"/>
          <w:color w:val="000000"/>
        </w:rPr>
        <w:t xml:space="preserve">[01:22:20]  </w:t>
      </w:r>
      <w:r>
        <w:rPr>
          <w:rFonts w:ascii="Noto Sans CJK SC" w:hAnsi="Noto Sans CJK SC" w:eastAsia="Noto Sans CJK SC" w:cs="Noto Sans CJK SC"/>
          <w:b w:val="0"/>
          <w:i w:val="0"/>
          <w:color w:val="000000"/>
        </w:rPr>
        <w:t>啊，一直那么专注目不转睛的在写那个字，你不管他写的好不好，对不对啊？他就那个专注的神情，你就值得你夸赞他，给到他感受啊。我们很多家长朋友啊这个啊给孩子交换，哎，你考试或者说是怎么样，我就给到你物质给你买个滑板车，其实错了啊，我们给到孩子最重要的奖励是什么。</w:t>
      </w:r>
    </w:p>
    <w:p>
      <w:pPr>
        <w:pStyle w:val="Transcript"/>
      </w:pPr>
      <w:r>
        <w:rPr>
          <w:rFonts w:ascii="Noto Sans CJK SC" w:hAnsi="Noto Sans CJK SC" w:eastAsia="Noto Sans CJK SC" w:cs="Noto Sans CJK SC"/>
          <w:b/>
          <w:i w:val="0"/>
          <w:color w:val="000000"/>
        </w:rPr>
        <w:t xml:space="preserve">[01:22:44]  </w:t>
      </w:r>
      <w:r>
        <w:rPr>
          <w:rFonts w:ascii="Noto Sans CJK SC" w:hAnsi="Noto Sans CJK SC" w:eastAsia="Noto Sans CJK SC" w:cs="Noto Sans CJK SC"/>
          <w:b w:val="0"/>
          <w:i w:val="0"/>
          <w:color w:val="000000"/>
        </w:rPr>
        <w:t>情绪啊，搂一搂你，抱一抱你啊啊，给到你这个孩子强烈的感受。第三，强化他的感受啊，强化他的感受。我对我的孩子给他物质上的〔疑为奖励〕，我从来都是很少的啊，我说物质方面我们要低配，我们灵魂要高配啊，就是我们之间的这种啊相互之间的亲密关系啊。</w:t>
      </w:r>
    </w:p>
    <w:p>
      <w:pPr>
        <w:pStyle w:val="Transcript"/>
      </w:pPr>
      <w:r>
        <w:rPr>
          <w:rFonts w:ascii="Noto Sans CJK SC" w:hAnsi="Noto Sans CJK SC" w:eastAsia="Noto Sans CJK SC" w:cs="Noto Sans CJK SC"/>
          <w:b/>
          <w:i w:val="0"/>
          <w:color w:val="000000"/>
        </w:rPr>
        <w:t xml:space="preserve">[01:23:09]  </w:t>
      </w:r>
      <w:r>
        <w:rPr>
          <w:rFonts w:ascii="Noto Sans CJK SC" w:hAnsi="Noto Sans CJK SC" w:eastAsia="Noto Sans CJK SC" w:cs="Noto Sans CJK SC"/>
          <w:b w:val="0"/>
          <w:i w:val="0"/>
          <w:color w:val="000000"/>
        </w:rPr>
        <w:t>我们如何相处这一块的话呢，我是是需要我们不断的调整和进步的啊，那么这个孩子在成长过程当中，他的本能就会发挥出来。其实孩子成长是大自然安排好的一件事情啊，他本身就有学与做的这样的本能。</w:t>
      </w:r>
    </w:p>
    <w:p>
      <w:pPr>
        <w:pStyle w:val="Transcript"/>
      </w:pPr>
      <w:r>
        <w:rPr>
          <w:rFonts w:ascii="Noto Sans CJK SC" w:hAnsi="Noto Sans CJK SC" w:eastAsia="Noto Sans CJK SC" w:cs="Noto Sans CJK SC"/>
          <w:b/>
          <w:i w:val="0"/>
          <w:color w:val="000000"/>
        </w:rPr>
        <w:t xml:space="preserve">[01:23:28]  </w:t>
      </w:r>
      <w:r>
        <w:rPr>
          <w:rFonts w:ascii="Noto Sans CJK SC" w:hAnsi="Noto Sans CJK SC" w:eastAsia="Noto Sans CJK SC" w:cs="Noto Sans CJK SC"/>
          <w:b w:val="0"/>
          <w:i w:val="0"/>
          <w:color w:val="000000"/>
        </w:rPr>
        <w:t>啊，那么良好的亲子关系，父母呢以身作则，其实孩子在成长过程当中很重要的非常重要的一个能力，就是自我反思。</w:t>
      </w:r>
    </w:p>
    <w:p>
      <w:pPr>
        <w:pStyle w:val="Transcript"/>
      </w:pPr>
      <w:r>
        <w:rPr>
          <w:rFonts w:ascii="Noto Sans CJK SC" w:hAnsi="Noto Sans CJK SC" w:eastAsia="Noto Sans CJK SC" w:cs="Noto Sans CJK SC"/>
          <w:b/>
          <w:i w:val="0"/>
          <w:color w:val="000000"/>
        </w:rPr>
        <w:t xml:space="preserve">[01:23:38]  </w:t>
      </w:r>
      <w:r>
        <w:rPr>
          <w:rFonts w:ascii="Noto Sans CJK SC" w:hAnsi="Noto Sans CJK SC" w:eastAsia="Noto Sans CJK SC" w:cs="Noto Sans CJK SC"/>
          <w:b w:val="0"/>
          <w:i w:val="0"/>
          <w:color w:val="000000"/>
        </w:rPr>
        <w:t>各位家长朋友，自我反思的人啊，我们要给孩子留白的空间啊，那么17岁的，我记得我孩子高三那年，17岁的孩子，他剩下的唯一的空间和他的自由就是在洗手间啊，他跟我聊的都在聊他的困惑。</w:t>
      </w:r>
    </w:p>
    <w:p>
      <w:pPr>
        <w:pStyle w:val="Transcript"/>
      </w:pPr>
      <w:r>
        <w:rPr>
          <w:rFonts w:ascii="Noto Sans CJK SC" w:hAnsi="Noto Sans CJK SC" w:eastAsia="Noto Sans CJK SC" w:cs="Noto Sans CJK SC"/>
          <w:b/>
          <w:i w:val="0"/>
          <w:color w:val="000000"/>
        </w:rPr>
        <w:t xml:space="preserve">[01:24:02]  </w:t>
      </w:r>
      <w:r>
        <w:rPr>
          <w:rFonts w:ascii="Noto Sans CJK SC" w:hAnsi="Noto Sans CJK SC" w:eastAsia="Noto Sans CJK SC" w:cs="Noto Sans CJK SC"/>
          <w:b w:val="0"/>
          <w:i w:val="0"/>
          <w:color w:val="000000"/>
        </w:rPr>
        <w:t>他的担心啊，所以每天晚上啊他学到很晚的时候呢，我可以陪伴他的时间，就是在洗手间。他冲凉的时刻啊，那么在高考结束完了之后，在等待放榜的阶段呢，我依然啊放榜的同一天，他跟我在洗手间待到了，他不愿意让爸爸看到他的。</w:t>
      </w:r>
    </w:p>
    <w:p>
      <w:pPr>
        <w:pStyle w:val="Transcript"/>
      </w:pPr>
      <w:r>
        <w:rPr>
          <w:rFonts w:ascii="Noto Sans CJK SC" w:hAnsi="Noto Sans CJK SC" w:eastAsia="Noto Sans CJK SC" w:cs="Noto Sans CJK SC"/>
          <w:b/>
          <w:i w:val="0"/>
          <w:color w:val="000000"/>
        </w:rPr>
        <w:t xml:space="preserve">[01:24:26]  </w:t>
      </w:r>
      <w:r>
        <w:rPr>
          <w:rFonts w:ascii="Noto Sans CJK SC" w:hAnsi="Noto Sans CJK SC" w:eastAsia="Noto Sans CJK SC" w:cs="Noto Sans CJK SC"/>
          <w:b w:val="0"/>
          <w:i w:val="0"/>
          <w:color w:val="000000"/>
        </w:rPr>
        <w:t>软弱啊，所以我们母女边母女之间经常待的地方就是洗手间，我们可以关起门来说一些悄悄话啊。他说的是我很怕对不起爸爸啊，很怕对因为爸爸很爱我啊，我觉得很幸福的是他接到了父亲的爱。</w:t>
      </w:r>
    </w:p>
    <w:p>
      <w:pPr>
        <w:pStyle w:val="Transcript"/>
      </w:pPr>
      <w:r>
        <w:rPr>
          <w:rFonts w:ascii="Noto Sans CJK SC" w:hAnsi="Noto Sans CJK SC" w:eastAsia="Noto Sans CJK SC" w:cs="Noto Sans CJK SC"/>
          <w:b/>
          <w:i w:val="0"/>
          <w:color w:val="000000"/>
        </w:rPr>
        <w:t xml:space="preserve">[01:24:49]  </w:t>
      </w:r>
      <w:r>
        <w:rPr>
          <w:rFonts w:ascii="Noto Sans CJK SC" w:hAnsi="Noto Sans CJK SC" w:eastAsia="Noto Sans CJK SC" w:cs="Noto Sans CJK SC"/>
          <w:b w:val="0"/>
          <w:i w:val="0"/>
          <w:color w:val="000000"/>
        </w:rPr>
        <w:t>他已经超越了我啊，我们一个好的家庭要经过真正非常好的家庭，要经过几代人的努力啊。我想呢上呃上半年啊《给阿嬷的情书》〔片名用字待核〕这一这一个电影呢之所以是如此的轰动，很重要的。因为在里面有我们自己的故事。</w:t>
      </w:r>
    </w:p>
    <w:p>
      <w:pPr>
        <w:pStyle w:val="Transcript"/>
      </w:pPr>
      <w:r>
        <w:rPr>
          <w:rFonts w:ascii="Noto Sans CJK SC" w:hAnsi="Noto Sans CJK SC" w:eastAsia="Noto Sans CJK SC" w:cs="Noto Sans CJK SC"/>
          <w:b/>
          <w:i w:val="0"/>
          <w:color w:val="000000"/>
        </w:rPr>
        <w:t xml:space="preserve">[01:25:12]  </w:t>
      </w:r>
      <w:r>
        <w:rPr>
          <w:rFonts w:ascii="Noto Sans CJK SC" w:hAnsi="Noto Sans CJK SC" w:eastAsia="Noto Sans CJK SC" w:cs="Noto Sans CJK SC"/>
          <w:b w:val="0"/>
          <w:i w:val="0"/>
          <w:color w:val="000000"/>
        </w:rPr>
        <w:t>啊，我们每一个孩子的成长都有几代人的托举啊，甚至大家来到深圳啊，也有可能我们在座的还有一些家长朋友，他是深二代或者〔疑为深三代〕啊，那么我们做这些所有的努力背后都是几代人的托举啊，都是为了让我们获得啊更体面的工作啊。</w:t>
      </w:r>
    </w:p>
    <w:p>
      <w:pPr>
        <w:pStyle w:val="Heading1"/>
      </w:pPr>
      <w:r>
        <w:rPr>
          <w:rFonts w:ascii="Noto Sans CJK SC" w:hAnsi="Noto Sans CJK SC" w:eastAsia="Noto Sans CJK SC" w:cs="Noto Sans CJK SC"/>
          <w:b/>
          <w:i w:val="0"/>
          <w:color w:val="000000"/>
        </w:rPr>
        <w:t>模仿签名案例与现场讨论</w:t>
      </w:r>
    </w:p>
    <w:p>
      <w:pPr>
        <w:pStyle w:val="Transcript"/>
      </w:pPr>
      <w:r>
        <w:rPr>
          <w:rFonts w:ascii="Noto Sans CJK SC" w:hAnsi="Noto Sans CJK SC" w:eastAsia="Noto Sans CJK SC" w:cs="Noto Sans CJK SC"/>
          <w:b/>
          <w:i w:val="0"/>
          <w:color w:val="000000"/>
        </w:rPr>
        <w:t xml:space="preserve">[01:25:35]  </w:t>
      </w:r>
      <w:r>
        <w:rPr>
          <w:rFonts w:ascii="Noto Sans CJK SC" w:hAnsi="Noto Sans CJK SC" w:eastAsia="Noto Sans CJK SC" w:cs="Noto Sans CJK SC"/>
          <w:b w:val="0"/>
          <w:i w:val="0"/>
          <w:color w:val="000000"/>
        </w:rPr>
        <w:t>啊，更幸福的人生啊，所以这一点非常重要，鼓励孩子自我反思子女，他才能不断的进步啊。好，我们来看一下这个出现问题是父母的历程啊，我讲刚才给各位家长朋友说，四年级开始啊，我的孩子他的一件事情触动了我的彻底的改变。</w:t>
      </w:r>
    </w:p>
    <w:p>
      <w:pPr>
        <w:pStyle w:val="Transcript"/>
      </w:pPr>
      <w:r>
        <w:rPr>
          <w:rFonts w:ascii="Noto Sans CJK SC" w:hAnsi="Noto Sans CJK SC" w:eastAsia="Noto Sans CJK SC" w:cs="Noto Sans CJK SC"/>
          <w:b/>
          <w:i w:val="0"/>
          <w:color w:val="000000"/>
        </w:rPr>
        <w:t xml:space="preserve">[01:26:00]  </w:t>
      </w:r>
      <w:r>
        <w:rPr>
          <w:rFonts w:ascii="Noto Sans CJK SC" w:hAnsi="Noto Sans CJK SC" w:eastAsia="Noto Sans CJK SC" w:cs="Noto Sans CJK SC"/>
          <w:b w:val="0"/>
          <w:i w:val="0"/>
          <w:color w:val="000000"/>
        </w:rPr>
        <w:t>啊，那四年级呢国庆节呢，我跟我的孩子呢我们出去玩，玩了回来呢，他没有写作业。然后他的英语老师告诉我，拿着那一张单，拿着他的作业纸告诉我来找我说，杨老师，你的孩子没有写作业。甚至代我签名，把那张单给我。我一看到他代我签名，龙飞凤舞的样子，我就火了。</w:t>
      </w:r>
    </w:p>
    <w:p>
      <w:pPr>
        <w:pStyle w:val="Transcript"/>
      </w:pPr>
      <w:r>
        <w:rPr>
          <w:rFonts w:ascii="Noto Sans CJK SC" w:hAnsi="Noto Sans CJK SC" w:eastAsia="Noto Sans CJK SC" w:cs="Noto Sans CJK SC"/>
          <w:b/>
          <w:i w:val="0"/>
          <w:color w:val="000000"/>
        </w:rPr>
        <w:t xml:space="preserve">[01:26:27]  </w:t>
      </w:r>
      <w:r>
        <w:rPr>
          <w:rFonts w:ascii="Noto Sans CJK SC" w:hAnsi="Noto Sans CJK SC" w:eastAsia="Noto Sans CJK SC" w:cs="Noto Sans CJK SC"/>
          <w:b w:val="0"/>
          <w:i w:val="0"/>
          <w:color w:val="000000"/>
        </w:rPr>
        <w:t>啊，我脑海里面出现的是，如果我出现这件事情，在同样的年纪，我的父母会如何对我？</w:t>
      </w:r>
    </w:p>
    <w:p>
      <w:pPr>
        <w:pStyle w:val="Transcript"/>
      </w:pPr>
      <w:r>
        <w:rPr>
          <w:rFonts w:ascii="Noto Sans CJK SC" w:hAnsi="Noto Sans CJK SC" w:eastAsia="Noto Sans CJK SC" w:cs="Noto Sans CJK SC"/>
          <w:b/>
          <w:i w:val="0"/>
          <w:color w:val="000000"/>
        </w:rPr>
        <w:t xml:space="preserve">[01:26:39]  </w:t>
      </w:r>
      <w:r>
        <w:rPr>
          <w:rFonts w:ascii="Noto Sans CJK SC" w:hAnsi="Noto Sans CJK SC" w:eastAsia="Noto Sans CJK SC" w:cs="Noto Sans CJK SC"/>
          <w:b w:val="0"/>
          <w:i w:val="0"/>
          <w:color w:val="000000"/>
        </w:rPr>
        <w:t>一定是愤怒啊，因为老师的孩子怎么可能啊，那么带着啊我那天整整在我们学校的操场上走了三圈啊，我不希望得到我如果重复过去的〔疑为模式〕，我只会得到过去的同样的结果，那就是我跟父母之间啊，我跟父母之间的关系呢，经过十几年。</w:t>
      </w:r>
    </w:p>
    <w:p>
      <w:pPr>
        <w:pStyle w:val="Transcript"/>
      </w:pPr>
      <w:r>
        <w:rPr>
          <w:rFonts w:ascii="Noto Sans CJK SC" w:hAnsi="Noto Sans CJK SC" w:eastAsia="Noto Sans CJK SC" w:cs="Noto Sans CJK SC"/>
          <w:b/>
          <w:i w:val="0"/>
          <w:color w:val="000000"/>
        </w:rPr>
        <w:t xml:space="preserve">[01:27:04]  </w:t>
      </w:r>
      <w:r>
        <w:rPr>
          <w:rFonts w:ascii="Noto Sans CJK SC" w:hAnsi="Noto Sans CJK SC" w:eastAsia="Noto Sans CJK SC" w:cs="Noto Sans CJK SC"/>
          <w:b w:val="0"/>
          <w:i w:val="0"/>
          <w:color w:val="000000"/>
        </w:rPr>
        <w:t>啊，我用10年的时间来跟父母斗啊，用10年的时间来跟父母修复啊，离开父母，用10年的时间来尽孝。</w:t>
      </w:r>
    </w:p>
    <w:p>
      <w:pPr>
        <w:pStyle w:val="Transcript"/>
      </w:pPr>
      <w:r>
        <w:rPr>
          <w:rFonts w:ascii="Noto Sans CJK SC" w:hAnsi="Noto Sans CJK SC" w:eastAsia="Noto Sans CJK SC" w:cs="Noto Sans CJK SC"/>
          <w:b/>
          <w:i w:val="0"/>
          <w:color w:val="000000"/>
        </w:rPr>
        <w:t xml:space="preserve">[01:27:17]  </w:t>
      </w:r>
      <w:r>
        <w:rPr>
          <w:rFonts w:ascii="Noto Sans CJK SC" w:hAnsi="Noto Sans CJK SC" w:eastAsia="Noto Sans CJK SC" w:cs="Noto Sans CJK SC"/>
          <w:b w:val="0"/>
          <w:i w:val="0"/>
          <w:color w:val="000000"/>
        </w:rPr>
        <w:t>那么我不希望得到过去的效果。我带着这一份签名表的话呢，我去找了我们春晖家长学校的啊掌门人，我问他怎么办？他说你找错人了？直接丢了一句话说，你不要找我好，陈主任，我们邀请一下家长朋友该怎么办？来，哪位家长说一下。</w:t>
      </w:r>
    </w:p>
    <w:p>
      <w:pPr>
        <w:pStyle w:val="Transcript"/>
      </w:pPr>
      <w:r>
        <w:rPr>
          <w:rFonts w:ascii="Noto Sans CJK SC" w:hAnsi="Noto Sans CJK SC" w:eastAsia="Noto Sans CJK SC" w:cs="Noto Sans CJK SC"/>
          <w:b/>
          <w:i w:val="0"/>
          <w:color w:val="000000"/>
        </w:rPr>
        <w:t xml:space="preserve">[01:27:43]  </w:t>
      </w:r>
      <w:r>
        <w:rPr>
          <w:rFonts w:ascii="Noto Sans CJK SC" w:hAnsi="Noto Sans CJK SC" w:eastAsia="Noto Sans CJK SC" w:cs="Noto Sans CJK SC"/>
          <w:b w:val="0"/>
          <w:i w:val="0"/>
          <w:color w:val="000000"/>
        </w:rPr>
        <w:t>哎，刚才做榜样做的很好的，接着啊持续的努力，有没有？来这位妈妈，我们也是第一排的啊，我们深圳敢为天下先的精神在我们的家长身上可以体现。，杨老师好嗯你好，呃，如果是我的孩子这样做，我可能会问他嗯你为什么这样做。嗯嗯，因为我觉得。</w:t>
      </w:r>
    </w:p>
    <w:p>
      <w:pPr>
        <w:pStyle w:val="Transcript"/>
      </w:pPr>
      <w:r>
        <w:rPr>
          <w:rFonts w:ascii="Noto Sans CJK SC" w:hAnsi="Noto Sans CJK SC" w:eastAsia="Noto Sans CJK SC" w:cs="Noto Sans CJK SC"/>
          <w:b/>
          <w:i w:val="0"/>
          <w:color w:val="000000"/>
        </w:rPr>
        <w:t xml:space="preserve">[01:28:06]  </w:t>
      </w:r>
      <w:r>
        <w:rPr>
          <w:rFonts w:ascii="Noto Sans CJK SC" w:hAnsi="Noto Sans CJK SC" w:eastAsia="Noto Sans CJK SC" w:cs="Noto Sans CJK SC"/>
          <w:b w:val="0"/>
          <w:i w:val="0"/>
          <w:color w:val="000000"/>
        </w:rPr>
        <w:t>孩子这样做，第一个来说，他可能是呃担心家长嗯就是一个来说知道他成绩不好。嗯，或者呢呃他可能会觉得这个呃就拿我自己的孩子吧，因为我大的女儿是六年级，嗯，他之前也有过这种事情啊他会讲他跟我讲，他说我这次英语考的不好。</w:t>
      </w:r>
    </w:p>
    <w:p>
      <w:pPr>
        <w:pStyle w:val="Transcript"/>
      </w:pPr>
      <w:r>
        <w:rPr>
          <w:rFonts w:ascii="Noto Sans CJK SC" w:hAnsi="Noto Sans CJK SC" w:eastAsia="Noto Sans CJK SC" w:cs="Noto Sans CJK SC"/>
          <w:b/>
          <w:i w:val="0"/>
          <w:color w:val="000000"/>
        </w:rPr>
        <w:t xml:space="preserve">[01:28:34]  </w:t>
      </w:r>
      <w:r>
        <w:rPr>
          <w:rFonts w:ascii="Noto Sans CJK SC" w:hAnsi="Noto Sans CJK SC" w:eastAsia="Noto Sans CJK SC" w:cs="Noto Sans CJK SC"/>
          <w:b w:val="0"/>
          <w:i w:val="0"/>
          <w:color w:val="000000"/>
        </w:rPr>
        <w:t>嗯我我很难受，我很爱妈妈，我也担心妈妈心里会难受。嗯啊，所以我想偷偷签个名交给老师。嗯，很好，就是找孩子是吧？哎，嗯好的，我们先为谢谢这位漂亮的妈妈啊啊再请再邀请一位爸爸吗？啊，我们深圳的爸爸真的很棒啊，特别是我们彩田〔听辨不清〕这么多爸爸来到我们的会场来。</w:t>
      </w:r>
    </w:p>
    <w:p>
      <w:pPr>
        <w:pStyle w:val="Transcript"/>
      </w:pPr>
      <w:r>
        <w:rPr>
          <w:rFonts w:ascii="Noto Sans CJK SC" w:hAnsi="Noto Sans CJK SC" w:eastAsia="Noto Sans CJK SC" w:cs="Noto Sans CJK SC"/>
          <w:b/>
          <w:i w:val="0"/>
          <w:color w:val="000000"/>
        </w:rPr>
        <w:t xml:space="preserve">[01:28:59]  </w:t>
      </w:r>
      <w:r>
        <w:rPr>
          <w:rFonts w:ascii="Noto Sans CJK SC" w:hAnsi="Noto Sans CJK SC" w:eastAsia="Noto Sans CJK SC" w:cs="Noto Sans CJK SC"/>
          <w:b w:val="0"/>
          <w:i w:val="0"/>
          <w:color w:val="000000"/>
        </w:rPr>
        <w:t>啊，你好杨老师哎，你好，我是一二班的〔孩子姓名听辨不清〕的父亲啊，你好你好，可能我自己自己也经历过这这种事情，因为自己考虑不好嗯呃，怕家长心里难受，自己心里有父母啊，心里有父母，自己学习，以前自己学习也不再上心的那一种啊，但是这。</w:t>
      </w:r>
    </w:p>
    <w:p>
      <w:pPr>
        <w:pStyle w:val="Transcript"/>
      </w:pPr>
      <w:r>
        <w:rPr>
          <w:rFonts w:ascii="Noto Sans CJK SC" w:hAnsi="Noto Sans CJK SC" w:eastAsia="Noto Sans CJK SC" w:cs="Noto Sans CJK SC"/>
          <w:b/>
          <w:i w:val="0"/>
          <w:color w:val="000000"/>
        </w:rPr>
        <w:t xml:space="preserve">[01:29:22]  </w:t>
      </w:r>
      <w:r>
        <w:rPr>
          <w:rFonts w:ascii="Noto Sans CJK SC" w:hAnsi="Noto Sans CJK SC" w:eastAsia="Noto Sans CJK SC" w:cs="Noto Sans CJK SC"/>
          <w:b w:val="0"/>
          <w:i w:val="0"/>
          <w:color w:val="000000"/>
        </w:rPr>
        <w:t>站在小孩〔听辨不清〕那个态度那个他的想法就是因为自己害怕父母。</w:t>
      </w:r>
    </w:p>
    <w:p>
      <w:pPr>
        <w:pStyle w:val="Transcript"/>
      </w:pPr>
      <w:r>
        <w:rPr>
          <w:rFonts w:ascii="Noto Sans CJK SC" w:hAnsi="Noto Sans CJK SC" w:eastAsia="Noto Sans CJK SC" w:cs="Noto Sans CJK SC"/>
          <w:b/>
          <w:i w:val="0"/>
          <w:color w:val="000000"/>
        </w:rPr>
        <w:t xml:space="preserve">[01:29:29]  </w:t>
      </w:r>
      <w:r>
        <w:rPr>
          <w:rFonts w:ascii="Noto Sans CJK SC" w:hAnsi="Noto Sans CJK SC" w:eastAsia="Noto Sans CJK SC" w:cs="Noto Sans CJK SC"/>
          <w:b w:val="0"/>
          <w:i w:val="0"/>
          <w:color w:val="000000"/>
        </w:rPr>
        <w:t>呃，有那种不好的情绪，因为我家长是很严格的，都是很严厉哈。我们七我是70年代初的，就父母都是很严厉的哈。是是是，因为后你觉得应该找谁呢？呃，我当时因为我母亲是一个比较小学还没毕业的人嗯，呃因为我爸父亲都是七八十岁的老父亲的啊这吧。</w:t>
      </w:r>
    </w:p>
    <w:p>
      <w:pPr>
        <w:pStyle w:val="Transcript"/>
      </w:pPr>
      <w:r>
        <w:rPr>
          <w:rFonts w:ascii="Noto Sans CJK SC" w:hAnsi="Noto Sans CJK SC" w:eastAsia="Noto Sans CJK SC" w:cs="Noto Sans CJK SC"/>
          <w:b/>
          <w:i w:val="0"/>
          <w:color w:val="000000"/>
        </w:rPr>
        <w:t xml:space="preserve">[01:29:54]  </w:t>
      </w:r>
      <w:r>
        <w:rPr>
          <w:rFonts w:ascii="Noto Sans CJK SC" w:hAnsi="Noto Sans CJK SC" w:eastAsia="Noto Sans CJK SC" w:cs="Noto Sans CJK SC"/>
          <w:b w:val="0"/>
          <w:i w:val="0"/>
          <w:color w:val="000000"/>
        </w:rPr>
        <w:t>嗯，所以我们第一想就是找谁找我们第一时间是找的呃。</w:t>
      </w:r>
    </w:p>
    <w:p>
      <w:pPr>
        <w:pStyle w:val="Transcript"/>
      </w:pPr>
      <w:r>
        <w:rPr>
          <w:rFonts w:ascii="Noto Sans CJK SC" w:hAnsi="Noto Sans CJK SC" w:eastAsia="Noto Sans CJK SC" w:cs="Noto Sans CJK SC"/>
          <w:b/>
          <w:i w:val="0"/>
          <w:color w:val="000000"/>
        </w:rPr>
        <w:t xml:space="preserve">[01:30:01]  </w:t>
      </w:r>
      <w:r>
        <w:rPr>
          <w:rFonts w:ascii="Noto Sans CJK SC" w:hAnsi="Noto Sans CJK SC" w:eastAsia="Noto Sans CJK SC" w:cs="Noto Sans CJK SC"/>
          <w:b w:val="0"/>
          <w:i w:val="0"/>
          <w:color w:val="000000"/>
        </w:rPr>
        <w:t>呃，我们的老师，然后找老师找老师找老师寻找支持帮助帮助。因为他因为老师也发现了，我们也知道老师发现了在跟老师沟通是吧？老师沟通会跟老师沟通完之后，呃老师会找家长，相对的话这样会对孩子会好一些。因为因为家长有时候小孩子嘛，家长跟他说，虽然说你。</w:t>
      </w:r>
    </w:p>
    <w:p>
      <w:pPr>
        <w:pStyle w:val="Transcript"/>
      </w:pPr>
      <w:r>
        <w:rPr>
          <w:rFonts w:ascii="Noto Sans CJK SC" w:hAnsi="Noto Sans CJK SC" w:eastAsia="Noto Sans CJK SC" w:cs="Noto Sans CJK SC"/>
          <w:b/>
          <w:i w:val="0"/>
          <w:color w:val="000000"/>
        </w:rPr>
        <w:t xml:space="preserve">[01:30:29]  </w:t>
      </w:r>
      <w:r>
        <w:rPr>
          <w:rFonts w:ascii="Noto Sans CJK SC" w:hAnsi="Noto Sans CJK SC" w:eastAsia="Noto Sans CJK SC" w:cs="Noto Sans CJK SC"/>
          <w:b w:val="0"/>
          <w:i w:val="0"/>
          <w:color w:val="000000"/>
        </w:rPr>
        <w:t>不会怪他还是什么，他心里还是会害怕啊，因为我现在我的小孩就是呃他比较害怕我跟我说什么他还会听啊，但是有时他会跟他妈说，不会跟我说。嗯嗯，就是我会批评他〔听辨不清〕我会跟他解释。嗯，要该怎么做，这该怎么才是正确的那种。好的，我们谢谢这位爸爸啊，把掌声给他。好，各位家长朋。</w:t>
      </w:r>
    </w:p>
    <w:p>
      <w:pPr>
        <w:pStyle w:val="Transcript"/>
      </w:pPr>
      <w:r>
        <w:rPr>
          <w:rFonts w:ascii="Noto Sans CJK SC" w:hAnsi="Noto Sans CJK SC" w:eastAsia="Noto Sans CJK SC" w:cs="Noto Sans CJK SC"/>
          <w:b/>
          <w:i w:val="0"/>
          <w:color w:val="000000"/>
        </w:rPr>
        <w:t xml:space="preserve">[01:30:56]  </w:t>
      </w:r>
      <w:r>
        <w:rPr>
          <w:rFonts w:ascii="Noto Sans CJK SC" w:hAnsi="Noto Sans CJK SC" w:eastAsia="Noto Sans CJK SC" w:cs="Noto Sans CJK SC"/>
          <w:b w:val="0"/>
          <w:i w:val="0"/>
          <w:color w:val="000000"/>
        </w:rPr>
        <w:t>还有没有其他的声音呢？好，这位妈妈非常的勇敢。第二次举。第二次举手啊非常勇敢啊。我觉得首先就是呃孩子我会告诉他，就是我是无条件爱他的。嗯先表达成绩好或者不好对好成绩好，我就我就表就是像我平时的话，如果孩子他他觉得他嗯就是成绩好。</w:t>
      </w:r>
    </w:p>
    <w:p>
      <w:pPr>
        <w:pStyle w:val="Transcript"/>
      </w:pPr>
      <w:r>
        <w:rPr>
          <w:rFonts w:ascii="Noto Sans CJK SC" w:hAnsi="Noto Sans CJK SC" w:eastAsia="Noto Sans CJK SC" w:cs="Noto Sans CJK SC"/>
          <w:b/>
          <w:i w:val="0"/>
          <w:color w:val="000000"/>
        </w:rPr>
        <w:t xml:space="preserve">[01:31:21]  </w:t>
      </w:r>
      <w:r>
        <w:rPr>
          <w:rFonts w:ascii="Noto Sans CJK SC" w:hAnsi="Noto Sans CJK SC" w:eastAsia="Noto Sans CJK SC" w:cs="Noto Sans CJK SC"/>
          <w:b w:val="0"/>
          <w:i w:val="0"/>
          <w:color w:val="000000"/>
        </w:rPr>
        <w:t>我跟他说，我不会讲奖励你呃，但是如果你考的不好，我也不会惩罚你。不过如果我是看到了你在努力在用心的去做这个事情，我会表扬你，我会鼓励你就是孩是找孩子是吧？这位妈妈有一点很值得我们学习哈，就是在孩子清醒的时候。</w:t>
      </w:r>
    </w:p>
    <w:p>
      <w:pPr>
        <w:pStyle w:val="Transcript"/>
      </w:pPr>
      <w:r>
        <w:rPr>
          <w:rFonts w:ascii="Noto Sans CJK SC" w:hAnsi="Noto Sans CJK SC" w:eastAsia="Noto Sans CJK SC" w:cs="Noto Sans CJK SC"/>
          <w:b/>
          <w:i w:val="0"/>
          <w:color w:val="000000"/>
        </w:rPr>
        <w:t xml:space="preserve">[01:31:42]  </w:t>
      </w:r>
      <w:r>
        <w:rPr>
          <w:rFonts w:ascii="Noto Sans CJK SC" w:hAnsi="Noto Sans CJK SC" w:eastAsia="Noto Sans CJK SC" w:cs="Noto Sans CJK SC"/>
          <w:b w:val="0"/>
          <w:i w:val="0"/>
          <w:color w:val="000000"/>
        </w:rPr>
        <w:t>就向〔听辨不清〕孩子表达爱啊，我们很多父母是等到孩子睡着了才向他表达爱啊。这一点这个妈妈很值得我们学习，我们把掌声送给这里送给送给你啊就。</w:t>
      </w:r>
    </w:p>
    <w:p>
      <w:pPr>
        <w:pStyle w:val="Transcript"/>
      </w:pPr>
      <w:r>
        <w:rPr>
          <w:rFonts w:ascii="Noto Sans CJK SC" w:hAnsi="Noto Sans CJK SC" w:eastAsia="Noto Sans CJK SC" w:cs="Noto Sans CJK SC"/>
          <w:b/>
          <w:i w:val="0"/>
          <w:color w:val="000000"/>
        </w:rPr>
        <w:t xml:space="preserve">[01:31:53]  </w:t>
      </w:r>
      <w:r>
        <w:rPr>
          <w:rFonts w:ascii="Noto Sans CJK SC" w:hAnsi="Noto Sans CJK SC" w:eastAsia="Noto Sans CJK SC" w:cs="Noto Sans CJK SC"/>
          <w:b w:val="0"/>
          <w:i w:val="0"/>
          <w:color w:val="000000"/>
        </w:rPr>
        <w:t>接上还在找孩子是吗？对，好的，好好，谢谢你。好，还有没有来这位妈妈嗯，第一排的这位妈妈很好啊，我大家的这个互动给到我很多的触动。老师好，我是呃一三班的罗成业〔姓名用字待核〕家长，不好意思，〔班级听辨不清〕成业家长哎好的，没关系。对，然后我觉得这个这个话题也是挺有意思的。因为。</w:t>
      </w:r>
    </w:p>
    <w:p>
      <w:pPr>
        <w:pStyle w:val="Transcript"/>
      </w:pPr>
      <w:r>
        <w:rPr>
          <w:rFonts w:ascii="Noto Sans CJK SC" w:hAnsi="Noto Sans CJK SC" w:eastAsia="Noto Sans CJK SC" w:cs="Noto Sans CJK SC"/>
          <w:b/>
          <w:i w:val="0"/>
          <w:color w:val="000000"/>
        </w:rPr>
        <w:t xml:space="preserve">[01:32:18]  </w:t>
      </w:r>
      <w:r>
        <w:rPr>
          <w:rFonts w:ascii="Noto Sans CJK SC" w:hAnsi="Noto Sans CJK SC" w:eastAsia="Noto Sans CJK SC" w:cs="Noto Sans CJK SC"/>
          <w:b w:val="0"/>
          <w:i w:val="0"/>
          <w:color w:val="000000"/>
        </w:rPr>
        <w:t>嗯我听到时候我因为我跟小孩在沟通，有时候比较轻松一点。那在我听到这个事情的时候，我第一个反应会告诉他妈妈也有过这种经历哦，会很好。然后我会第二个事情，我会第二就不管我有没有，我会先告诉他，我也有过啊，就是降低他的这种负担，心理负担是吧？还是找孩子。对，然后第二个我会告诉他说。</w:t>
      </w:r>
    </w:p>
    <w:p>
      <w:pPr>
        <w:pStyle w:val="Transcript"/>
      </w:pPr>
      <w:r>
        <w:rPr>
          <w:rFonts w:ascii="Noto Sans CJK SC" w:hAnsi="Noto Sans CJK SC" w:eastAsia="Noto Sans CJK SC" w:cs="Noto Sans CJK SC"/>
          <w:b/>
          <w:i w:val="0"/>
          <w:color w:val="000000"/>
        </w:rPr>
        <w:t xml:space="preserve">[01:32:42]  </w:t>
      </w:r>
      <w:r>
        <w:rPr>
          <w:rFonts w:ascii="Noto Sans CJK SC" w:hAnsi="Noto Sans CJK SC" w:eastAsia="Noto Sans CJK SC" w:cs="Noto Sans CJK SC"/>
          <w:b w:val="0"/>
          <w:i w:val="0"/>
          <w:color w:val="000000"/>
        </w:rPr>
        <w:t>你做这个事情的时候，你肯定心里很不很难受希望共情。对共很能共情的妈妈。对好的好的，非常感谢您啊，掌声送给您啊。好，各位亲爱长朋友，你知道吗？啊啊，他告诉我真的出乎我的〔疑为意想〕。</w:t>
      </w:r>
    </w:p>
    <w:p>
      <w:pPr>
        <w:pStyle w:val="Transcript"/>
      </w:pPr>
      <w:r>
        <w:rPr>
          <w:rFonts w:ascii="Noto Sans CJK SC" w:hAnsi="Noto Sans CJK SC" w:eastAsia="Noto Sans CJK SC" w:cs="Noto Sans CJK SC"/>
          <w:b/>
          <w:i w:val="0"/>
          <w:color w:val="000000"/>
        </w:rPr>
        <w:t xml:space="preserve">[01:32:59]  </w:t>
      </w:r>
      <w:r>
        <w:rPr>
          <w:rFonts w:ascii="Noto Sans CJK SC" w:hAnsi="Noto Sans CJK SC" w:eastAsia="Noto Sans CJK SC" w:cs="Noto Sans CJK SC"/>
          <w:b w:val="0"/>
          <w:i w:val="0"/>
          <w:color w:val="000000"/>
        </w:rPr>
        <w:t>他给我说让我找谁，让我找那个跟你修得百年修得同船渡，千年修得共枕眠的孩子的爸爸。我说啊，是他吗？他不搞教育，他不懂他在教育方面他真的不懂这一块，我觉得他没什么用。</w:t>
      </w:r>
    </w:p>
    <w:p>
      <w:pPr>
        <w:pStyle w:val="Transcript"/>
      </w:pPr>
      <w:r>
        <w:rPr>
          <w:rFonts w:ascii="Noto Sans CJK SC" w:hAnsi="Noto Sans CJK SC" w:eastAsia="Noto Sans CJK SC" w:cs="Noto Sans CJK SC"/>
          <w:b/>
          <w:i w:val="0"/>
          <w:color w:val="000000"/>
        </w:rPr>
        <w:t xml:space="preserve">[01:33:22]  </w:t>
      </w:r>
      <w:r>
        <w:rPr>
          <w:rFonts w:ascii="Noto Sans CJK SC" w:hAnsi="Noto Sans CJK SC" w:eastAsia="Noto Sans CJK SC" w:cs="Noto Sans CJK SC"/>
          <w:b w:val="0"/>
          <w:i w:val="0"/>
          <w:color w:val="000000"/>
        </w:rPr>
        <w:t>他说错了，最亲的就是最专业的带着这一份指引啊，我回到家啊，找我的先生，我的先生他是一位客家人啊，我回去之后给他说了之后呢，他对我说，他说喝杯茶啊，放下。</w:t>
      </w:r>
    </w:p>
    <w:p>
      <w:pPr>
        <w:pStyle w:val="Transcript"/>
      </w:pPr>
      <w:r>
        <w:rPr>
          <w:rFonts w:ascii="Noto Sans CJK SC" w:hAnsi="Noto Sans CJK SC" w:eastAsia="Noto Sans CJK SC" w:cs="Noto Sans CJK SC"/>
          <w:b/>
          <w:i w:val="0"/>
          <w:color w:val="000000"/>
        </w:rPr>
        <w:t xml:space="preserve">[01:33:45]  </w:t>
      </w:r>
      <w:r>
        <w:rPr>
          <w:rFonts w:ascii="Noto Sans CJK SC" w:hAnsi="Noto Sans CJK SC" w:eastAsia="Noto Sans CJK SC" w:cs="Noto Sans CJK SC"/>
          <w:b w:val="0"/>
          <w:i w:val="0"/>
          <w:color w:val="000000"/>
        </w:rPr>
        <w:t>放放再说啊，他也没有多的语言，然后我就按照他教我的放一放去做了啊。于是这几天我放了一放，我这一放我的孩子可慌了啊，为啥每天开始晚上洗碗，做完作业就开始洗碗啊，〔听辨不清〕表现？</w:t>
      </w:r>
    </w:p>
    <w:p>
      <w:pPr>
        <w:pStyle w:val="Transcript"/>
      </w:pPr>
      <w:r>
        <w:rPr>
          <w:rFonts w:ascii="Noto Sans CJK SC" w:hAnsi="Noto Sans CJK SC" w:eastAsia="Noto Sans CJK SC" w:cs="Noto Sans CJK SC"/>
          <w:b/>
          <w:i w:val="0"/>
          <w:color w:val="000000"/>
        </w:rPr>
        <w:t xml:space="preserve">[01:34:07]  </w:t>
      </w:r>
      <w:r>
        <w:rPr>
          <w:rFonts w:ascii="Noto Sans CJK SC" w:hAnsi="Noto Sans CJK SC" w:eastAsia="Noto Sans CJK SC" w:cs="Noto Sans CJK SC"/>
          <w:b w:val="0"/>
          <w:i w:val="0"/>
          <w:color w:val="000000"/>
        </w:rPr>
        <w:t>啊，然后他在琢磨这个妈妈要干嘛啊，这孩子啊他不怕打，打也打不死啊，他对他不可控的情况呢，他充满了恐惧啊。然后他说妈妈我这几天我一定好好的学习，好好的表现。然后我争取英语考第一名啊。</w:t>
      </w:r>
    </w:p>
    <w:p>
      <w:pPr>
        <w:pStyle w:val="Transcript"/>
      </w:pPr>
      <w:r>
        <w:rPr>
          <w:rFonts w:ascii="Noto Sans CJK SC" w:hAnsi="Noto Sans CJK SC" w:eastAsia="Noto Sans CJK SC" w:cs="Noto Sans CJK SC"/>
          <w:b/>
          <w:i w:val="0"/>
          <w:color w:val="000000"/>
        </w:rPr>
        <w:t xml:space="preserve">[01:34:28]  </w:t>
      </w:r>
      <w:r>
        <w:rPr>
          <w:rFonts w:ascii="Noto Sans CJK SC" w:hAnsi="Noto Sans CJK SC" w:eastAsia="Noto Sans CJK SC" w:cs="Noto Sans CJK SC"/>
          <w:b w:val="0"/>
          <w:i w:val="0"/>
          <w:color w:val="000000"/>
        </w:rPr>
        <w:t>啊哎且我说不错，自我反思嘛，对吧？啊，然后呃考完了之后，那天告诉我说妈妈，我考完了，你去问一下老师，我考了多少多少分啊，然后自己就回家了，拼命的写作业啊，非常的〔疑为自律〕，晚上又开始洗碗啊。</w:t>
      </w:r>
    </w:p>
    <w:p>
      <w:pPr>
        <w:pStyle w:val="Transcript"/>
      </w:pPr>
      <w:r>
        <w:rPr>
          <w:rFonts w:ascii="Noto Sans CJK SC" w:hAnsi="Noto Sans CJK SC" w:eastAsia="Noto Sans CJK SC" w:cs="Noto Sans CJK SC"/>
          <w:b/>
          <w:i w:val="0"/>
          <w:color w:val="000000"/>
        </w:rPr>
        <w:t xml:space="preserve">[01:34:44]  </w:t>
      </w:r>
      <w:r>
        <w:rPr>
          <w:rFonts w:ascii="Noto Sans CJK SC" w:hAnsi="Noto Sans CJK SC" w:eastAsia="Noto Sans CJK SC" w:cs="Noto Sans CJK SC"/>
          <w:b w:val="0"/>
          <w:i w:val="0"/>
          <w:color w:val="000000"/>
        </w:rPr>
        <w:t>然后问了老师考的第二名还不错啊，然后洗完碗之后呢，我就告诉他，我就把老师交给我的代我签名的纸啊，哎，我说过来过来，咱聊一件事儿啊，他看到我把这张单拿出来啊，他说马上就说什么事，我就告诉他，〔疑为关于〕你学习的事。</w:t>
      </w:r>
    </w:p>
    <w:p>
      <w:pPr>
        <w:pStyle w:val="Transcript"/>
      </w:pPr>
      <w:r>
        <w:rPr>
          <w:rFonts w:ascii="Noto Sans CJK SC" w:hAnsi="Noto Sans CJK SC" w:eastAsia="Noto Sans CJK SC" w:cs="Noto Sans CJK SC"/>
          <w:b/>
          <w:i w:val="0"/>
          <w:color w:val="000000"/>
        </w:rPr>
        <w:t xml:space="preserve">[01:35:07]  </w:t>
      </w:r>
      <w:r>
        <w:rPr>
          <w:rFonts w:ascii="Noto Sans CJK SC" w:hAnsi="Noto Sans CJK SC" w:eastAsia="Noto Sans CJK SC" w:cs="Noto Sans CJK SC"/>
          <w:b w:val="0"/>
          <w:i w:val="0"/>
          <w:color w:val="000000"/>
        </w:rPr>
        <w:t>啊，他第二个反应是能不能不要告诉爸爸啊，我告诉他，你成长过程当中所有的事爸爸知道都是天经地义的啊。</w:t>
      </w:r>
    </w:p>
    <w:p>
      <w:pPr>
        <w:pStyle w:val="Transcript"/>
      </w:pPr>
      <w:r>
        <w:rPr>
          <w:rFonts w:ascii="Noto Sans CJK SC" w:hAnsi="Noto Sans CJK SC" w:eastAsia="Noto Sans CJK SC" w:cs="Noto Sans CJK SC"/>
          <w:b/>
          <w:i w:val="0"/>
          <w:color w:val="000000"/>
        </w:rPr>
        <w:t xml:space="preserve">[01:35:22]  </w:t>
      </w:r>
      <w:r>
        <w:rPr>
          <w:rFonts w:ascii="Noto Sans CJK SC" w:hAnsi="Noto Sans CJK SC" w:eastAsia="Noto Sans CJK SC" w:cs="Noto Sans CJK SC"/>
          <w:b w:val="0"/>
          <w:i w:val="0"/>
          <w:color w:val="000000"/>
        </w:rPr>
        <w:t>更何况爸爸知道了啊，各位家长，我让他坐到我的餐桌前，我说妈妈觉得你长大了，为啥？各位家长朋友，所有孩子他发生的事情，我们都要找到他的正面动机啊。我说妈妈发现你长大了。第一个你会动脑筋，你会思考，你会观察观察妈妈平时的签名，龙飞凤舞，还模仿能力非常强。</w:t>
      </w:r>
    </w:p>
    <w:p>
      <w:pPr>
        <w:pStyle w:val="Transcript"/>
      </w:pPr>
      <w:r>
        <w:rPr>
          <w:rFonts w:ascii="Noto Sans CJK SC" w:hAnsi="Noto Sans CJK SC" w:eastAsia="Noto Sans CJK SC" w:cs="Noto Sans CJK SC"/>
          <w:b/>
          <w:i w:val="0"/>
          <w:color w:val="000000"/>
        </w:rPr>
        <w:t xml:space="preserve">[01:35:49]  </w:t>
      </w:r>
      <w:r>
        <w:rPr>
          <w:rFonts w:ascii="Noto Sans CJK SC" w:hAnsi="Noto Sans CJK SC" w:eastAsia="Noto Sans CJK SC" w:cs="Noto Sans CJK SC"/>
          <w:b w:val="0"/>
          <w:i w:val="0"/>
          <w:color w:val="000000"/>
        </w:rPr>
        <w:t>第二个你会对付老师了啊，老师你知道如何应对他啊？</w:t>
      </w:r>
    </w:p>
    <w:p>
      <w:pPr>
        <w:pStyle w:val="Transcript"/>
      </w:pPr>
      <w:r>
        <w:rPr>
          <w:rFonts w:ascii="Noto Sans CJK SC" w:hAnsi="Noto Sans CJK SC" w:eastAsia="Noto Sans CJK SC" w:cs="Noto Sans CJK SC"/>
          <w:b/>
          <w:i w:val="0"/>
          <w:color w:val="000000"/>
        </w:rPr>
        <w:t xml:space="preserve">[01:35:57]  </w:t>
      </w:r>
      <w:r>
        <w:rPr>
          <w:rFonts w:ascii="Noto Sans CJK SC" w:hAnsi="Noto Sans CJK SC" w:eastAsia="Noto Sans CJK SC" w:cs="Noto Sans CJK SC"/>
          <w:b w:val="0"/>
          <w:i w:val="0"/>
          <w:color w:val="000000"/>
        </w:rPr>
        <w:t>但是我想知道你这几天你感受怎么样，他就哇的一下子给哭出来了啊，他说感受很不好，我说你哭啥？他说我怕你打我各位家长朋友害怕愤怒的孩子一定有态度不恰当的父母。我就在那一刻，我看到了童年的自己。</w:t>
      </w:r>
    </w:p>
    <w:p>
      <w:pPr>
        <w:pStyle w:val="Transcript"/>
      </w:pPr>
      <w:r>
        <w:rPr>
          <w:rFonts w:ascii="Noto Sans CJK SC" w:hAnsi="Noto Sans CJK SC" w:eastAsia="Noto Sans CJK SC" w:cs="Noto Sans CJK SC"/>
          <w:b/>
          <w:i w:val="0"/>
          <w:color w:val="000000"/>
        </w:rPr>
        <w:t xml:space="preserve">[01:36:22]  </w:t>
      </w:r>
      <w:r>
        <w:rPr>
          <w:rFonts w:ascii="Noto Sans CJK SC" w:hAnsi="Noto Sans CJK SC" w:eastAsia="Noto Sans CJK SC" w:cs="Noto Sans CJK SC"/>
          <w:b w:val="0"/>
          <w:i w:val="0"/>
          <w:color w:val="000000"/>
        </w:rPr>
        <w:t>啊，我当时就给他承承诺，我说你放心，关于你学习方面的事情，妈妈从今天开始再也不打你啊，我做到了啊一直从那个时候开始就没有再动过我的孩子啊，那么我说你这个事情咱得啊以后他就给我说，他说妈妈我以后再也不〔疑为敢〕。</w:t>
      </w:r>
    </w:p>
    <w:p>
      <w:pPr>
        <w:pStyle w:val="Transcript"/>
      </w:pPr>
      <w:r>
        <w:rPr>
          <w:rFonts w:ascii="Noto Sans CJK SC" w:hAnsi="Noto Sans CJK SC" w:eastAsia="Noto Sans CJK SC" w:cs="Noto Sans CJK SC"/>
          <w:b/>
          <w:i w:val="0"/>
          <w:color w:val="000000"/>
        </w:rPr>
        <w:t xml:space="preserve">[01:36:46]  </w:t>
      </w:r>
      <w:r>
        <w:rPr>
          <w:rFonts w:ascii="Noto Sans CJK SC" w:hAnsi="Noto Sans CJK SC" w:eastAsia="Noto Sans CJK SC" w:cs="Noto Sans CJK SC"/>
          <w:b w:val="0"/>
          <w:i w:val="0"/>
          <w:color w:val="000000"/>
        </w:rPr>
        <w:t>这个时候爸爸来了，爸爸过来了是没有声音的。爸爸拿出一张A4纸，在餐桌上写下几个字，诚信是做人之本。交给他。这个时候他哭得更伤心了啊。那么爸爸这个时候也没有语言。各位家长朋友最能呈现亲情的。</w:t>
      </w:r>
    </w:p>
    <w:p>
      <w:pPr>
        <w:pStyle w:val="Transcript"/>
      </w:pPr>
      <w:r>
        <w:rPr>
          <w:rFonts w:ascii="Noto Sans CJK SC" w:hAnsi="Noto Sans CJK SC" w:eastAsia="Noto Sans CJK SC" w:cs="Noto Sans CJK SC"/>
          <w:b/>
          <w:i w:val="0"/>
          <w:color w:val="000000"/>
        </w:rPr>
        <w:t xml:space="preserve">[01:37:09]  </w:t>
      </w:r>
      <w:r>
        <w:rPr>
          <w:rFonts w:ascii="Noto Sans CJK SC" w:hAnsi="Noto Sans CJK SC" w:eastAsia="Noto Sans CJK SC" w:cs="Noto Sans CJK SC"/>
          <w:b w:val="0"/>
          <w:i w:val="0"/>
          <w:color w:val="000000"/>
        </w:rPr>
        <w:t>有时候在那样的场景之下，不是语言，是肢体啊，爸爸〔听辨不清〕摸他的肩，摸了摸他的头啊，〔听辨不清〕啊，让他啊这个时候应验的最亲的就是最专业的啊，从此之后我开始信我的先生了啊。好，各位家长朋友，我们看家长的注意力决定了孩子的未来。</w:t>
      </w:r>
    </w:p>
    <w:p>
      <w:pPr>
        <w:pStyle w:val="Heading1"/>
      </w:pPr>
      <w:r>
        <w:rPr>
          <w:rFonts w:ascii="Noto Sans CJK SC" w:hAnsi="Noto Sans CJK SC" w:eastAsia="Noto Sans CJK SC" w:cs="Noto Sans CJK SC"/>
          <w:b/>
          <w:i w:val="0"/>
          <w:color w:val="000000"/>
        </w:rPr>
        <w:t>家庭教育误区与总结</w:t>
      </w:r>
    </w:p>
    <w:p>
      <w:pPr>
        <w:pStyle w:val="Transcript"/>
      </w:pPr>
      <w:r>
        <w:rPr>
          <w:rFonts w:ascii="Noto Sans CJK SC" w:hAnsi="Noto Sans CJK SC" w:eastAsia="Noto Sans CJK SC" w:cs="Noto Sans CJK SC"/>
          <w:b/>
          <w:i w:val="0"/>
          <w:color w:val="000000"/>
        </w:rPr>
        <w:t xml:space="preserve">[01:37:33]  </w:t>
      </w:r>
      <w:r>
        <w:rPr>
          <w:rFonts w:ascii="Noto Sans CJK SC" w:hAnsi="Noto Sans CJK SC" w:eastAsia="Noto Sans CJK SC" w:cs="Noto Sans CJK SC"/>
          <w:b w:val="0"/>
          <w:i w:val="0"/>
          <w:color w:val="000000"/>
        </w:rPr>
        <w:t>啊，家庭的生命层次和孩子的品质取决于父母的注意力。你关注什么，你的结果就是什么啊，那么我想的这一个啊家庭教育的误区，不要认为孩子啊，我们很多家长啊朋友的话呢就是沿袭了几代人的这种相处的模式，认为养孩子是非常艰苦的。</w:t>
      </w:r>
    </w:p>
    <w:p>
      <w:pPr>
        <w:pStyle w:val="Transcript"/>
      </w:pPr>
      <w:r>
        <w:rPr>
          <w:rFonts w:ascii="Noto Sans CJK SC" w:hAnsi="Noto Sans CJK SC" w:eastAsia="Noto Sans CJK SC" w:cs="Noto Sans CJK SC"/>
          <w:b/>
          <w:i w:val="0"/>
          <w:color w:val="000000"/>
        </w:rPr>
        <w:t xml:space="preserve">[01:37:58]  </w:t>
      </w:r>
      <w:r>
        <w:rPr>
          <w:rFonts w:ascii="Noto Sans CJK SC" w:hAnsi="Noto Sans CJK SC" w:eastAsia="Noto Sans CJK SC" w:cs="Noto Sans CJK SC"/>
          <w:b w:val="0"/>
          <w:i w:val="0"/>
          <w:color w:val="000000"/>
        </w:rPr>
        <w:t>啊，其实我们在付出的时候，我们也得到了啊，我们在陪伴孩子成长的时候，孩子也在逐渐的陪伴我们老去啊，所以我想呢人生真的就是一个非常丰富的体验啊，跟孩子在这一段时间呢啊对于我来说是最有乐趣，最充实的阶段啊。</w:t>
      </w:r>
    </w:p>
    <w:p>
      <w:pPr>
        <w:pStyle w:val="Transcript"/>
      </w:pPr>
      <w:r>
        <w:rPr>
          <w:rFonts w:ascii="Noto Sans CJK SC" w:hAnsi="Noto Sans CJK SC" w:eastAsia="Noto Sans CJK SC" w:cs="Noto Sans CJK SC"/>
          <w:b/>
          <w:i w:val="0"/>
          <w:color w:val="000000"/>
        </w:rPr>
        <w:t xml:space="preserve">[01:38:19]  </w:t>
      </w:r>
      <w:r>
        <w:rPr>
          <w:rFonts w:ascii="Noto Sans CJK SC" w:hAnsi="Noto Sans CJK SC" w:eastAsia="Noto Sans CJK SC" w:cs="Noto Sans CJK SC"/>
          <w:b w:val="0"/>
          <w:i w:val="0"/>
          <w:color w:val="000000"/>
        </w:rPr>
        <w:t>我们不要给孩子植入太多痛苦的感受。昨天晚上我那个啊其他学校的家长说，他说老师，我今天从明天开始，我一回到家，我绝对对我的孩子给他笑容。</w:t>
      </w:r>
    </w:p>
    <w:p>
      <w:pPr>
        <w:pStyle w:val="Transcript"/>
      </w:pPr>
      <w:r>
        <w:rPr>
          <w:rFonts w:ascii="Noto Sans CJK SC" w:hAnsi="Noto Sans CJK SC" w:eastAsia="Noto Sans CJK SC" w:cs="Noto Sans CJK SC"/>
          <w:b/>
          <w:i w:val="0"/>
          <w:color w:val="000000"/>
        </w:rPr>
        <w:t xml:space="preserve">[01:38:32]  </w:t>
      </w:r>
      <w:r>
        <w:rPr>
          <w:rFonts w:ascii="Noto Sans CJK SC" w:hAnsi="Noto Sans CJK SC" w:eastAsia="Noto Sans CJK SC" w:cs="Noto Sans CJK SC"/>
          <w:b w:val="0"/>
          <w:i w:val="0"/>
          <w:color w:val="000000"/>
        </w:rPr>
        <w:t>啊啊，植入梦想希望优势体验、力量和收获啊，每天我们在孩子身上都有收获啊，千万不要等他睡熟了，你再告诉他啊，及时的表达。第二，忙不能成为不陪伴孩子的理由啊，我们很多孩子他是有父母的孤儿。</w:t>
      </w:r>
    </w:p>
    <w:p>
      <w:pPr>
        <w:pStyle w:val="Transcript"/>
      </w:pPr>
      <w:r>
        <w:rPr>
          <w:rFonts w:ascii="Noto Sans CJK SC" w:hAnsi="Noto Sans CJK SC" w:eastAsia="Noto Sans CJK SC" w:cs="Noto Sans CJK SC"/>
          <w:b/>
          <w:i w:val="0"/>
          <w:color w:val="000000"/>
        </w:rPr>
        <w:t xml:space="preserve">[01:38:54]  </w:t>
      </w:r>
      <w:r>
        <w:rPr>
          <w:rFonts w:ascii="Noto Sans CJK SC" w:hAnsi="Noto Sans CJK SC" w:eastAsia="Noto Sans CJK SC" w:cs="Noto Sans CJK SC"/>
          <w:b w:val="0"/>
          <w:i w:val="0"/>
          <w:color w:val="000000"/>
        </w:rPr>
        <w:t>啊，情感得不到支持啊嗯，我记得我在这个读大学的时候，我们90年代初的时候啊，我们经常唱的一首歌是潘美辰的，我想有个家啊，因为觉得不被父母理解啊。</w:t>
      </w:r>
    </w:p>
    <w:p>
      <w:pPr>
        <w:pStyle w:val="Transcript"/>
      </w:pPr>
      <w:r>
        <w:rPr>
          <w:rFonts w:ascii="Noto Sans CJK SC" w:hAnsi="Noto Sans CJK SC" w:eastAsia="Noto Sans CJK SC" w:cs="Noto Sans CJK SC"/>
          <w:b/>
          <w:i w:val="0"/>
          <w:color w:val="000000"/>
        </w:rPr>
        <w:t xml:space="preserve">[01:39:14]  </w:t>
      </w:r>
      <w:r>
        <w:rPr>
          <w:rFonts w:ascii="Noto Sans CJK SC" w:hAnsi="Noto Sans CJK SC" w:eastAsia="Noto Sans CJK SC" w:cs="Noto Sans CJK SC"/>
          <w:b w:val="0"/>
          <w:i w:val="0"/>
          <w:color w:val="000000"/>
        </w:rPr>
        <w:t>啊啊，看不到啊，父母不被父母看见啊，其实为什么说陪伴是如此的重要啊？因为我说现在很多父母都不带孩子了。</w:t>
      </w:r>
    </w:p>
    <w:p>
      <w:pPr>
        <w:pStyle w:val="Transcript"/>
      </w:pPr>
      <w:r>
        <w:rPr>
          <w:rFonts w:ascii="Noto Sans CJK SC" w:hAnsi="Noto Sans CJK SC" w:eastAsia="Noto Sans CJK SC" w:cs="Noto Sans CJK SC"/>
          <w:b/>
          <w:i w:val="0"/>
          <w:color w:val="000000"/>
        </w:rPr>
        <w:t xml:space="preserve">[01:39:27]  </w:t>
      </w:r>
      <w:r>
        <w:rPr>
          <w:rFonts w:ascii="Noto Sans CJK SC" w:hAnsi="Noto Sans CJK SC" w:eastAsia="Noto Sans CJK SC" w:cs="Noto Sans CJK SC"/>
          <w:b w:val="0"/>
          <w:i w:val="0"/>
          <w:color w:val="000000"/>
        </w:rPr>
        <w:t>啊，不带孩子了，其实你不在孩子身边很重要的，你根本都不不需要去学习什么啊，花钱。〔听辨不清〕的家长朋友说花几万块钱啊。我说你不如带孩子去国外旅游了啊，父母不在孩子身边，孩子很难在你身上学到你的优秀品质。</w:t>
      </w:r>
    </w:p>
    <w:p>
      <w:pPr>
        <w:pStyle w:val="Transcript"/>
      </w:pPr>
      <w:r>
        <w:rPr>
          <w:rFonts w:ascii="Noto Sans CJK SC" w:hAnsi="Noto Sans CJK SC" w:eastAsia="Noto Sans CJK SC" w:cs="Noto Sans CJK SC"/>
          <w:b/>
          <w:i w:val="0"/>
          <w:color w:val="000000"/>
        </w:rPr>
        <w:t xml:space="preserve">[01:39:49]  </w:t>
      </w:r>
      <w:r>
        <w:rPr>
          <w:rFonts w:ascii="Noto Sans CJK SC" w:hAnsi="Noto Sans CJK SC" w:eastAsia="Noto Sans CJK SC" w:cs="Noto Sans CJK SC"/>
          <w:b w:val="0"/>
          <w:i w:val="0"/>
          <w:color w:val="000000"/>
        </w:rPr>
        <w:t>啊，你要相信你是孩子成长最好的资源啊，如果你孩子把你身上，你跟你的伴侣身上的优秀品质学到就已经足够了啊。第二个啊，父母不在身边的孩子，他很难学习相处亲密关系。</w:t>
      </w:r>
    </w:p>
    <w:p>
      <w:pPr>
        <w:pStyle w:val="Transcript"/>
      </w:pPr>
      <w:r>
        <w:rPr>
          <w:rFonts w:ascii="Noto Sans CJK SC" w:hAnsi="Noto Sans CJK SC" w:eastAsia="Noto Sans CJK SC" w:cs="Noto Sans CJK SC"/>
          <w:b/>
          <w:i w:val="0"/>
          <w:color w:val="000000"/>
        </w:rPr>
        <w:t xml:space="preserve">[01:40:11]  </w:t>
      </w:r>
      <w:r>
        <w:rPr>
          <w:rFonts w:ascii="Noto Sans CJK SC" w:hAnsi="Noto Sans CJK SC" w:eastAsia="Noto Sans CJK SC" w:cs="Noto Sans CJK SC"/>
          <w:b w:val="0"/>
          <w:i w:val="0"/>
          <w:color w:val="000000"/>
        </w:rPr>
        <w:t>啊，到了30多岁，我那些学生啊，我最大的学生82、83年的〔年份待核〕啊，甚至不成家，父母没有做如何相处的榜样啊，不会处亲密关系，不会化解冲突啊，不知道妥协啊。第三，缺乏幽默轻松啊。我们说一个家庭好不好，就看这个家好不好玩。</w:t>
      </w:r>
    </w:p>
    <w:p>
      <w:pPr>
        <w:pStyle w:val="Transcript"/>
      </w:pPr>
      <w:r>
        <w:rPr>
          <w:rFonts w:ascii="Noto Sans CJK SC" w:hAnsi="Noto Sans CJK SC" w:eastAsia="Noto Sans CJK SC" w:cs="Noto Sans CJK SC"/>
          <w:b/>
          <w:i w:val="0"/>
          <w:color w:val="000000"/>
        </w:rPr>
        <w:t xml:space="preserve">[01:40:37]  </w:t>
      </w:r>
      <w:r>
        <w:rPr>
          <w:rFonts w:ascii="Noto Sans CJK SC" w:hAnsi="Noto Sans CJK SC" w:eastAsia="Noto Sans CJK SC" w:cs="Noto Sans CJK SC"/>
          <w:b w:val="0"/>
          <w:i w:val="0"/>
          <w:color w:val="000000"/>
        </w:rPr>
        <w:t>玩啊，然后啊这一点啊第六点我强调一点啊，就是习呃第五点习惯关注负面啊，那孩子的话呢整天都是非常沮丧的耷拉着头，觉得社会不好，老师不好，身边同学都不好啊，我们要在任何负面的事情当中发现孩子优秀的品格啊。</w:t>
      </w:r>
    </w:p>
    <w:p>
      <w:pPr>
        <w:pStyle w:val="Transcript"/>
      </w:pPr>
      <w:r>
        <w:rPr>
          <w:rFonts w:ascii="Noto Sans CJK SC" w:hAnsi="Noto Sans CJK SC" w:eastAsia="Noto Sans CJK SC" w:cs="Noto Sans CJK SC"/>
          <w:b/>
          <w:i w:val="0"/>
          <w:color w:val="000000"/>
        </w:rPr>
        <w:t xml:space="preserve">[01:41:00]  </w:t>
      </w:r>
      <w:r>
        <w:rPr>
          <w:rFonts w:ascii="Noto Sans CJK SC" w:hAnsi="Noto Sans CJK SC" w:eastAsia="Noto Sans CJK SC" w:cs="Noto Sans CJK SC"/>
          <w:b w:val="0"/>
          <w:i w:val="0"/>
          <w:color w:val="000000"/>
        </w:rPr>
        <w:t>啊，每个孩子是独特的，所以你不需要啊去追随那么多海量的信息啊，我们需要去实践，需要去行动啊。任何人发给我关于什么教育的。我说你对于我来说，只是我看到的这些啊整本书关于家庭教育当中的啊。</w:t>
      </w:r>
    </w:p>
    <w:p>
      <w:pPr>
        <w:pStyle w:val="Transcript"/>
      </w:pPr>
      <w:r>
        <w:rPr>
          <w:rFonts w:ascii="Noto Sans CJK SC" w:hAnsi="Noto Sans CJK SC" w:eastAsia="Noto Sans CJK SC" w:cs="Noto Sans CJK SC"/>
          <w:b/>
          <w:i w:val="0"/>
          <w:color w:val="000000"/>
        </w:rPr>
        <w:t xml:space="preserve">[01:41:21]  </w:t>
      </w:r>
      <w:r>
        <w:rPr>
          <w:rFonts w:ascii="Noto Sans CJK SC" w:hAnsi="Noto Sans CJK SC" w:eastAsia="Noto Sans CJK SC" w:cs="Noto Sans CJK SC"/>
          <w:b w:val="0"/>
          <w:i w:val="0"/>
          <w:color w:val="000000"/>
        </w:rPr>
        <w:t>可以说一点、一点点信息啊，当然我们也需要去邀请更多的人参与到孩子成长和管理事务当中来。我们要去欣赏身边人。比如说今天晚上啊我会回去之后呢啊找合适的机会跟我的孩子啊，我说今天我又认识了好些家长啊，我在他们身上又学到了什么？。</w:t>
      </w:r>
    </w:p>
    <w:p>
      <w:pPr>
        <w:pStyle w:val="Transcript"/>
      </w:pPr>
      <w:r>
        <w:rPr>
          <w:rFonts w:ascii="Noto Sans CJK SC" w:hAnsi="Noto Sans CJK SC" w:eastAsia="Noto Sans CJK SC" w:cs="Noto Sans CJK SC"/>
          <w:b/>
          <w:i w:val="0"/>
          <w:color w:val="000000"/>
        </w:rPr>
        <w:t xml:space="preserve">[01:41:43]  </w:t>
      </w:r>
      <w:r>
        <w:rPr>
          <w:rFonts w:ascii="Noto Sans CJK SC" w:hAnsi="Noto Sans CJK SC" w:eastAsia="Noto Sans CJK SC" w:cs="Noto Sans CJK SC"/>
          <w:b w:val="0"/>
          <w:i w:val="0"/>
          <w:color w:val="000000"/>
        </w:rPr>
        <w:t>啊，让更多的人呢融入到孩子的生命里来啊，我们要去请教去学习啊，那么我的祝愿呢是你先成长为好父母啊，然后就一定能成就好孩子学习反思、觉察和实践啊，这一个父母啊。</w:t>
      </w:r>
    </w:p>
    <w:p>
      <w:pPr>
        <w:pStyle w:val="Transcript"/>
      </w:pPr>
      <w:r>
        <w:rPr>
          <w:rFonts w:ascii="Noto Sans CJK SC" w:hAnsi="Noto Sans CJK SC" w:eastAsia="Noto Sans CJK SC" w:cs="Noto Sans CJK SC"/>
          <w:b/>
          <w:i w:val="0"/>
          <w:color w:val="000000"/>
        </w:rPr>
        <w:t xml:space="preserve">[01:42:04]  </w:t>
      </w:r>
      <w:r>
        <w:rPr>
          <w:rFonts w:ascii="Noto Sans CJK SC" w:hAnsi="Noto Sans CJK SC" w:eastAsia="Noto Sans CJK SC" w:cs="Noto Sans CJK SC"/>
          <w:b w:val="0"/>
          <w:i w:val="0"/>
          <w:color w:val="000000"/>
        </w:rPr>
        <w:t>最重要的就是要成为孩子生命当中最最最最重要的榜样啊，三点，陪伴示范支持。</w:t>
      </w:r>
    </w:p>
    <w:p>
      <w:pPr>
        <w:pStyle w:val="Transcript"/>
      </w:pPr>
      <w:r>
        <w:rPr>
          <w:rFonts w:ascii="Noto Sans CJK SC" w:hAnsi="Noto Sans CJK SC" w:eastAsia="Noto Sans CJK SC" w:cs="Noto Sans CJK SC"/>
          <w:b/>
          <w:i w:val="0"/>
          <w:color w:val="000000"/>
        </w:rPr>
        <w:t xml:space="preserve">[01:42:13]  </w:t>
      </w:r>
      <w:r>
        <w:rPr>
          <w:rFonts w:ascii="Noto Sans CJK SC" w:hAnsi="Noto Sans CJK SC" w:eastAsia="Noto Sans CJK SC" w:cs="Noto Sans CJK SC"/>
          <w:b w:val="0"/>
          <w:i w:val="0"/>
          <w:color w:val="000000"/>
        </w:rPr>
        <w:t>啊，那么快乐的童年呢是孩子成就一生的保证啊，最重要的是孩子的情绪啊，不要看他说什么，看他的情绪啊。这一点呢，因为今天时间我就不说了啊，再一个呢，面对不成熟的人，你需要比他成熟。我在30年前、20年前或者10年前啊，我。</w:t>
      </w:r>
    </w:p>
    <w:p>
      <w:pPr>
        <w:pStyle w:val="Transcript"/>
      </w:pPr>
      <w:r>
        <w:rPr>
          <w:rFonts w:ascii="Noto Sans CJK SC" w:hAnsi="Noto Sans CJK SC" w:eastAsia="Noto Sans CJK SC" w:cs="Noto Sans CJK SC"/>
          <w:b/>
          <w:i w:val="0"/>
          <w:color w:val="000000"/>
        </w:rPr>
        <w:t xml:space="preserve">[01:42:35]  </w:t>
      </w:r>
      <w:r>
        <w:rPr>
          <w:rFonts w:ascii="Noto Sans CJK SC" w:hAnsi="Noto Sans CJK SC" w:eastAsia="Noto Sans CJK SC" w:cs="Noto Sans CJK SC"/>
          <w:b w:val="0"/>
          <w:i w:val="0"/>
          <w:color w:val="000000"/>
        </w:rPr>
        <w:t>看见我班上的学生朝我竖中指，我会很生气。</w:t>
      </w:r>
    </w:p>
    <w:p>
      <w:pPr>
        <w:pStyle w:val="Transcript"/>
      </w:pPr>
      <w:r>
        <w:rPr>
          <w:rFonts w:ascii="Noto Sans CJK SC" w:hAnsi="Noto Sans CJK SC" w:eastAsia="Noto Sans CJK SC" w:cs="Noto Sans CJK SC"/>
          <w:b/>
          <w:i w:val="0"/>
          <w:color w:val="000000"/>
        </w:rPr>
        <w:t xml:space="preserve">[01:42:41]  </w:t>
      </w:r>
      <w:r>
        <w:rPr>
          <w:rFonts w:ascii="Noto Sans CJK SC" w:hAnsi="Noto Sans CJK SC" w:eastAsia="Noto Sans CJK SC" w:cs="Noto Sans CJK SC"/>
          <w:b w:val="0"/>
          <w:i w:val="0"/>
          <w:color w:val="000000"/>
        </w:rPr>
        <w:t>啊，但是今天我不会啊，那么我们要相信我们比他成熟啊，我们一定比他成熟。我们的情绪管理，我们做的示范啊，是孩子很重要的模范的榜样啊，父母积极的情绪和良好的示范，孩子才能更加的有力量。</w:t>
      </w:r>
    </w:p>
    <w:p>
      <w:pPr>
        <w:pStyle w:val="Heading1"/>
      </w:pPr>
      <w:r>
        <w:rPr>
          <w:rFonts w:ascii="Noto Sans CJK SC" w:hAnsi="Noto Sans CJK SC" w:eastAsia="Noto Sans CJK SC" w:cs="Noto Sans CJK SC"/>
          <w:b/>
          <w:i w:val="0"/>
          <w:color w:val="000000"/>
        </w:rPr>
        <w:t>持续成长 资源与课程评价</w:t>
      </w:r>
    </w:p>
    <w:p>
      <w:pPr>
        <w:pStyle w:val="Transcript"/>
      </w:pPr>
      <w:r>
        <w:rPr>
          <w:rFonts w:ascii="Noto Sans CJK SC" w:hAnsi="Noto Sans CJK SC" w:eastAsia="Noto Sans CJK SC" w:cs="Noto Sans CJK SC"/>
          <w:b/>
          <w:i w:val="0"/>
          <w:color w:val="000000"/>
        </w:rPr>
        <w:t xml:space="preserve">[01:43:05]  </w:t>
      </w:r>
      <w:r>
        <w:rPr>
          <w:rFonts w:ascii="Noto Sans CJK SC" w:hAnsi="Noto Sans CJK SC" w:eastAsia="Noto Sans CJK SC" w:cs="Noto Sans CJK SC"/>
          <w:b w:val="0"/>
          <w:i w:val="0"/>
          <w:color w:val="000000"/>
        </w:rPr>
        <w:t>啊，好，这个问题这个我的老师啊，我之所以他那么他对我影响非常大啊，那么各位家长朋友，我们一定要靠近名人啊，你可以走很多的少走很多的弯路啊，他问了我这个问题。我在疫情前每年我都会去拜会他。</w:t>
      </w:r>
    </w:p>
    <w:p>
      <w:pPr>
        <w:pStyle w:val="Transcript"/>
      </w:pPr>
      <w:r>
        <w:rPr>
          <w:rFonts w:ascii="Noto Sans CJK SC" w:hAnsi="Noto Sans CJK SC" w:eastAsia="Noto Sans CJK SC" w:cs="Noto Sans CJK SC"/>
          <w:b/>
          <w:i w:val="0"/>
          <w:color w:val="000000"/>
        </w:rPr>
        <w:t xml:space="preserve">[01:43:28]  </w:t>
      </w:r>
      <w:r>
        <w:rPr>
          <w:rFonts w:ascii="Noto Sans CJK SC" w:hAnsi="Noto Sans CJK SC" w:eastAsia="Noto Sans CJK SC" w:cs="Noto Sans CJK SC"/>
          <w:b w:val="0"/>
          <w:i w:val="0"/>
          <w:color w:val="000000"/>
        </w:rPr>
        <w:t>啊，他是太平绅士啊，70多岁了啊，拜会他的时候，他问我这个问题，但是他都听我说，他从来不说啊，我跟他在一起，我学到很多很多啊。那么呃这个问题呢我也教给大家啊，我相信每一个阶段的认识是不一样的啊，因为我们对自己和对孩子的需求是不一样的啊，那么人的一生嗯，家长朋友说，除了钱能搞定的事情，其他都是小事。我想说的是就是成长的事啊，每一天我们每一刻我们都在发生成长与改变啊，成长和发生和发展是一生的事从整个生命的历程来看待孩子的成长啊啊我在我的父亲今年。</w:t>
      </w:r>
    </w:p>
    <w:p>
      <w:pPr>
        <w:pStyle w:val="Transcript"/>
      </w:pPr>
      <w:r>
        <w:rPr>
          <w:rFonts w:ascii="Noto Sans CJK SC" w:hAnsi="Noto Sans CJK SC" w:eastAsia="Noto Sans CJK SC" w:cs="Noto Sans CJK SC"/>
          <w:b/>
          <w:i w:val="0"/>
          <w:color w:val="000000"/>
        </w:rPr>
        <w:t xml:space="preserve">[01:44:16]  </w:t>
      </w:r>
      <w:r>
        <w:rPr>
          <w:rFonts w:ascii="Noto Sans CJK SC" w:hAnsi="Noto Sans CJK SC" w:eastAsia="Noto Sans CJK SC" w:cs="Noto Sans CJK SC"/>
          <w:b w:val="0"/>
          <w:i w:val="0"/>
          <w:color w:val="000000"/>
        </w:rPr>
        <w:t>啊，我的父母都离开我之后啊，我的孩子对我说了这样的话啊。</w:t>
      </w:r>
    </w:p>
    <w:p>
      <w:pPr>
        <w:pStyle w:val="Transcript"/>
      </w:pPr>
      <w:r>
        <w:rPr>
          <w:rFonts w:ascii="Noto Sans CJK SC" w:hAnsi="Noto Sans CJK SC" w:eastAsia="Noto Sans CJK SC" w:cs="Noto Sans CJK SC"/>
          <w:b/>
          <w:i w:val="0"/>
          <w:color w:val="000000"/>
        </w:rPr>
        <w:t xml:space="preserve">[01:44:23]  </w:t>
      </w:r>
      <w:r>
        <w:rPr>
          <w:rFonts w:ascii="Noto Sans CJK SC" w:hAnsi="Noto Sans CJK SC" w:eastAsia="Noto Sans CJK SC" w:cs="Noto Sans CJK SC"/>
          <w:b w:val="0"/>
          <w:i w:val="0"/>
          <w:color w:val="000000"/>
        </w:rPr>
        <w:t>他说没有丧失就没有未来啊，妈妈，你现在可以专心的对爸爸啊，你要开始其他方面的成长啊，其实孩子是让我们成为好父母最好的老师啊啊我想呢这一个呢啊我们站在整个啊家庭的源头。</w:t>
      </w:r>
    </w:p>
    <w:p>
      <w:pPr>
        <w:pStyle w:val="Transcript"/>
      </w:pPr>
      <w:r>
        <w:rPr>
          <w:rFonts w:ascii="Noto Sans CJK SC" w:hAnsi="Noto Sans CJK SC" w:eastAsia="Noto Sans CJK SC" w:cs="Noto Sans CJK SC"/>
          <w:b/>
          <w:i w:val="0"/>
          <w:color w:val="000000"/>
        </w:rPr>
        <w:t xml:space="preserve">[01:44:45]  </w:t>
      </w:r>
      <w:r>
        <w:rPr>
          <w:rFonts w:ascii="Noto Sans CJK SC" w:hAnsi="Noto Sans CJK SC" w:eastAsia="Noto Sans CJK SC" w:cs="Noto Sans CJK SC"/>
          <w:b w:val="0"/>
          <w:i w:val="0"/>
          <w:color w:val="000000"/>
        </w:rPr>
        <w:t>来看待孩子的成长啊，我们是不是一代胜过了一代啊，我相信一定是的啊，这是我们对人类的祝福啊。从今天开始呢持续的学习不断的改变，改变就是成长啊，有些改变呢是因为痛苦啊，我有这样的体会啊，有的是因为失去，还有的呢是因为看到了变化啊。</w:t>
      </w:r>
    </w:p>
    <w:p>
      <w:pPr>
        <w:pStyle w:val="Transcript"/>
      </w:pPr>
      <w:r>
        <w:rPr>
          <w:rFonts w:ascii="Noto Sans CJK SC" w:hAnsi="Noto Sans CJK SC" w:eastAsia="Noto Sans CJK SC" w:cs="Noto Sans CJK SC"/>
          <w:b/>
          <w:i w:val="0"/>
          <w:color w:val="000000"/>
        </w:rPr>
        <w:t xml:space="preserve">[01:45:09]  </w:t>
      </w:r>
      <w:r>
        <w:rPr>
          <w:rFonts w:ascii="Noto Sans CJK SC" w:hAnsi="Noto Sans CJK SC" w:eastAsia="Noto Sans CJK SC" w:cs="Noto Sans CJK SC"/>
          <w:b w:val="0"/>
          <w:i w:val="0"/>
          <w:color w:val="000000"/>
        </w:rPr>
        <w:t>看到了获益的啊，当然也是因为爱啊，那你如果不做出改变的努力呢，就得忍受相关的痛苦啊，这世界唯一不变的就是都在变，一切都在变啊，我们在变，孩子在变，世界变得更快啊。当然在〔疑为教育路上〕我们都是学习者。</w:t>
      </w:r>
    </w:p>
    <w:p>
      <w:pPr>
        <w:pStyle w:val="Transcript"/>
      </w:pPr>
      <w:r>
        <w:rPr>
          <w:rFonts w:ascii="Noto Sans CJK SC" w:hAnsi="Noto Sans CJK SC" w:eastAsia="Noto Sans CJK SC" w:cs="Noto Sans CJK SC"/>
          <w:b/>
          <w:i w:val="0"/>
          <w:color w:val="000000"/>
        </w:rPr>
        <w:t xml:space="preserve">[01:45:33]  </w:t>
      </w:r>
      <w:r>
        <w:rPr>
          <w:rFonts w:ascii="Noto Sans CJK SC" w:hAnsi="Noto Sans CJK SC" w:eastAsia="Noto Sans CJK SC" w:cs="Noto Sans CJK SC"/>
          <w:b w:val="0"/>
          <w:i w:val="0"/>
          <w:color w:val="000000"/>
        </w:rPr>
        <w:t>啊啊我都一直在看这些书，并且做这些笔记啊啊我想呢本身父母好好学习呢，孩子天天向上啊啊我的父亲，我在这里呢给大家推荐这本书，《新家庭如何塑造人》〔书名用字待核〕，这是我的母亲离世之后呢，我推荐给我父亲看的。</w:t>
      </w:r>
    </w:p>
    <w:p>
      <w:pPr>
        <w:pStyle w:val="Transcript"/>
      </w:pPr>
      <w:r>
        <w:rPr>
          <w:rFonts w:ascii="Noto Sans CJK SC" w:hAnsi="Noto Sans CJK SC" w:eastAsia="Noto Sans CJK SC" w:cs="Noto Sans CJK SC"/>
          <w:b/>
          <w:i w:val="0"/>
          <w:color w:val="000000"/>
        </w:rPr>
        <w:t xml:space="preserve">[01:45:56]  </w:t>
      </w:r>
      <w:r>
        <w:rPr>
          <w:rFonts w:ascii="Noto Sans CJK SC" w:hAnsi="Noto Sans CJK SC" w:eastAsia="Noto Sans CJK SC" w:cs="Noto Sans CJK SC"/>
          <w:b w:val="0"/>
          <w:i w:val="0"/>
          <w:color w:val="000000"/>
        </w:rPr>
        <w:t>啊，我父亲他在做这些笔记啊，我刚才给大家说，有些爱真的要等到父母真正离开了我们，我可能才有契机去接到啊。我今年我父亲离世之后呢啊，我们开追思会的时候呢，他的学生啊都快50岁了，过来看他啊，过来送给他一程的时候。</w:t>
      </w:r>
    </w:p>
    <w:p>
      <w:pPr>
        <w:pStyle w:val="Transcript"/>
      </w:pPr>
      <w:r>
        <w:rPr>
          <w:rFonts w:ascii="Noto Sans CJK SC" w:hAnsi="Noto Sans CJK SC" w:eastAsia="Noto Sans CJK SC" w:cs="Noto Sans CJK SC"/>
          <w:b/>
          <w:i w:val="0"/>
          <w:color w:val="000000"/>
        </w:rPr>
        <w:t xml:space="preserve">[01:46:20]  </w:t>
      </w:r>
      <w:r>
        <w:rPr>
          <w:rFonts w:ascii="Noto Sans CJK SC" w:hAnsi="Noto Sans CJK SC" w:eastAsia="Noto Sans CJK SC" w:cs="Noto Sans CJK SC"/>
          <w:b w:val="0"/>
          <w:i w:val="0"/>
          <w:color w:val="000000"/>
        </w:rPr>
        <w:t>他告诉我，他说你的老父亲带的我们这一届学生他是整个省。</w:t>
      </w:r>
    </w:p>
    <w:p>
      <w:pPr>
        <w:pStyle w:val="Transcript"/>
      </w:pPr>
      <w:r>
        <w:rPr>
          <w:rFonts w:ascii="Noto Sans CJK SC" w:hAnsi="Noto Sans CJK SC" w:eastAsia="Noto Sans CJK SC" w:cs="Noto Sans CJK SC"/>
          <w:b/>
          <w:i w:val="0"/>
          <w:color w:val="000000"/>
        </w:rPr>
        <w:t xml:space="preserve">[01:46:26]  </w:t>
      </w:r>
      <w:r>
        <w:rPr>
          <w:rFonts w:ascii="Noto Sans CJK SC" w:hAnsi="Noto Sans CJK SC" w:eastAsia="Noto Sans CJK SC" w:cs="Noto Sans CJK SC"/>
          <w:b w:val="0"/>
          <w:i w:val="0"/>
          <w:color w:val="000000"/>
        </w:rPr>
        <w:t>高考状元啊，高考状元。他说你父亲得的是省级模范班主任，我都不知道，我跟我弟弟都不知道啊。那这一点我在当中找到了答案，我在我父亲看的书当中找到了答案。那就是我们做父母的不要把自己的优越感植入到孩子成长过程当中。</w:t>
      </w:r>
    </w:p>
    <w:p>
      <w:pPr>
        <w:pStyle w:val="Transcript"/>
      </w:pPr>
      <w:r>
        <w:rPr>
          <w:rFonts w:ascii="Noto Sans CJK SC" w:hAnsi="Noto Sans CJK SC" w:eastAsia="Noto Sans CJK SC" w:cs="Noto Sans CJK SC"/>
          <w:b/>
          <w:i w:val="0"/>
          <w:color w:val="000000"/>
        </w:rPr>
        <w:t xml:space="preserve">[01:46:49]  </w:t>
      </w:r>
      <w:r>
        <w:rPr>
          <w:rFonts w:ascii="Noto Sans CJK SC" w:hAnsi="Noto Sans CJK SC" w:eastAsia="Noto Sans CJK SC" w:cs="Noto Sans CJK SC"/>
          <w:b w:val="0"/>
          <w:i w:val="0"/>
          <w:color w:val="000000"/>
        </w:rPr>
        <w:t>中啊，或许我的父亲早已经读懂啊，他在二三十年前已经读懂，他知道我达不到他的成就，他从来没有告诉过我他的学生的优秀啊啊，当然那一刻我也接到了我父亲对我的爱啊，我觉得他给到我很多很多啊啊带着对生命的热爱。</w:t>
      </w:r>
    </w:p>
    <w:p>
      <w:pPr>
        <w:pStyle w:val="Transcript"/>
      </w:pPr>
      <w:r>
        <w:rPr>
          <w:rFonts w:ascii="Noto Sans CJK SC" w:hAnsi="Noto Sans CJK SC" w:eastAsia="Noto Sans CJK SC" w:cs="Noto Sans CJK SC"/>
          <w:b/>
          <w:i w:val="0"/>
          <w:color w:val="000000"/>
        </w:rPr>
        <w:t xml:space="preserve">[01:47:11]  </w:t>
      </w:r>
      <w:r>
        <w:rPr>
          <w:rFonts w:ascii="Noto Sans CJK SC" w:hAnsi="Noto Sans CJK SC" w:eastAsia="Noto Sans CJK SC" w:cs="Noto Sans CJK SC"/>
          <w:b w:val="0"/>
          <w:i w:val="0"/>
          <w:color w:val="000000"/>
        </w:rPr>
        <w:t>祝福我们彩田每一个家庭的孩子在未来的路上呢快乐成长，不断进步，获得成功啊，因为对于彩田的深爱今天晚上呢我的这个时间呢还超了一点啊，谢谢大家的陪伴。当然要回到这个主题，我们的鲲鹏徽标〔名称待核〕大鸟不是飞最快而是带着一群人飞啊，我也相信各位家长朋友呢，你们一定会超越我。</w:t>
      </w:r>
    </w:p>
    <w:p>
      <w:pPr>
        <w:pStyle w:val="Transcript"/>
      </w:pPr>
      <w:r>
        <w:rPr>
          <w:rFonts w:ascii="Noto Sans CJK SC" w:hAnsi="Noto Sans CJK SC" w:eastAsia="Noto Sans CJK SC" w:cs="Noto Sans CJK SC"/>
          <w:b/>
          <w:i w:val="0"/>
          <w:color w:val="000000"/>
        </w:rPr>
        <w:t xml:space="preserve">[01:47:39]  </w:t>
      </w:r>
      <w:r>
        <w:rPr>
          <w:rFonts w:ascii="Noto Sans CJK SC" w:hAnsi="Noto Sans CJK SC" w:eastAsia="Noto Sans CJK SC" w:cs="Noto Sans CJK SC"/>
          <w:b w:val="0"/>
          <w:i w:val="0"/>
          <w:color w:val="000000"/>
        </w:rPr>
        <w:t>啊，你们现在的各方面的啊生命力的状态呢是学习的最佳时间啊，你一定可以在家庭教育当中呢获得很多的滋养，然后带动一群人一起呢可以飞得更高，飞得更远，飞得更持久。</w:t>
      </w:r>
    </w:p>
    <w:p>
      <w:pPr>
        <w:pStyle w:val="Transcript"/>
      </w:pPr>
      <w:r>
        <w:rPr>
          <w:rFonts w:ascii="Noto Sans CJK SC" w:hAnsi="Noto Sans CJK SC" w:eastAsia="Noto Sans CJK SC" w:cs="Noto Sans CJK SC"/>
          <w:b/>
          <w:i w:val="0"/>
          <w:color w:val="000000"/>
        </w:rPr>
        <w:t xml:space="preserve">[01:47:58]  </w:t>
      </w:r>
      <w:r>
        <w:rPr>
          <w:rFonts w:ascii="Noto Sans CJK SC" w:hAnsi="Noto Sans CJK SC" w:eastAsia="Noto Sans CJK SC" w:cs="Noto Sans CJK SC"/>
          <w:b w:val="0"/>
          <w:i w:val="0"/>
          <w:color w:val="000000"/>
        </w:rPr>
        <w:t>啊，那么这个呢你在成长过程当中呢，碰到任何的问题呢，可以寻找帮助。这本身就是现代社会一个很重要的能力啊，向我们福田区青少年心理发展中心求助，这是免费的公益性的啊。</w:t>
      </w:r>
    </w:p>
    <w:p>
      <w:pPr>
        <w:pStyle w:val="Transcript"/>
      </w:pPr>
      <w:r>
        <w:rPr>
          <w:rFonts w:ascii="Noto Sans CJK SC" w:hAnsi="Noto Sans CJK SC" w:eastAsia="Noto Sans CJK SC" w:cs="Noto Sans CJK SC"/>
          <w:b/>
          <w:i w:val="0"/>
          <w:color w:val="000000"/>
        </w:rPr>
        <w:t xml:space="preserve">[01:48:15]  </w:t>
      </w:r>
      <w:r>
        <w:rPr>
          <w:rFonts w:ascii="Noto Sans CJK SC" w:hAnsi="Noto Sans CJK SC" w:eastAsia="Noto Sans CJK SC" w:cs="Noto Sans CJK SC"/>
          <w:b w:val="0"/>
          <w:i w:val="0"/>
          <w:color w:val="000000"/>
        </w:rPr>
        <w:t>我们的组织。那么这是我们就在我们得天独厚的啊彩田学校里面啊，可以大家打电话给他啊。好，那么今天晚上呢非常感谢各位家长朋友的陪伴与支持。那么这一个呢是我们啊教育局的这一个码啊，就邀请各位家长朋友呢对我今天晚上的分享啊。</w:t>
      </w:r>
    </w:p>
    <w:p>
      <w:pPr>
        <w:pStyle w:val="Transcript"/>
      </w:pPr>
      <w:r>
        <w:rPr>
          <w:rFonts w:ascii="Noto Sans CJK SC" w:hAnsi="Noto Sans CJK SC" w:eastAsia="Noto Sans CJK SC" w:cs="Noto Sans CJK SC"/>
          <w:b/>
          <w:i w:val="0"/>
          <w:color w:val="000000"/>
        </w:rPr>
        <w:t xml:space="preserve">[01:48:42]  </w:t>
      </w:r>
      <w:r>
        <w:rPr>
          <w:rFonts w:ascii="Noto Sans CJK SC" w:hAnsi="Noto Sans CJK SC" w:eastAsia="Noto Sans CJK SC" w:cs="Noto Sans CJK SC"/>
          <w:b w:val="0"/>
          <w:i w:val="0"/>
          <w:color w:val="000000"/>
        </w:rPr>
        <w:t>自己的这些经历和经验啊，还有教训呢啊做这样一个评价。我们再请陈主任啊，陈主任来给大家做一个总结啊，谢谢各位家长朋友的陪伴。</w:t>
      </w:r>
    </w:p>
    <w:p>
      <w:pPr>
        <w:pStyle w:val="Transcript"/>
      </w:pPr>
      <w:r>
        <w:rPr>
          <w:rFonts w:ascii="Noto Sans CJK SC" w:hAnsi="Noto Sans CJK SC" w:eastAsia="Noto Sans CJK SC" w:cs="Noto Sans CJK SC"/>
          <w:b/>
          <w:i w:val="0"/>
          <w:color w:val="000000"/>
        </w:rPr>
        <w:t xml:space="preserve">[01:48:56]  </w:t>
      </w:r>
      <w:r>
        <w:rPr>
          <w:rFonts w:ascii="Noto Sans CJK SC" w:hAnsi="Noto Sans CJK SC" w:eastAsia="Noto Sans CJK SC" w:cs="Noto Sans CJK SC"/>
          <w:b w:val="0"/>
          <w:i w:val="0"/>
          <w:color w:val="000000"/>
        </w:rPr>
        <w:t>大家可以打开你们的微信，然后呢现场扫码对我们杨老师今天晚上做出的精彩讲座进行一个简单的点评啊，后台也会收集数据。</w:t>
      </w:r>
    </w:p>
    <w:p>
      <w:pPr>
        <w:pStyle w:val="Transcript"/>
      </w:pPr>
      <w:r>
        <w:rPr>
          <w:rFonts w:ascii="Noto Sans CJK SC" w:hAnsi="Noto Sans CJK SC" w:eastAsia="Noto Sans CJK SC" w:cs="Noto Sans CJK SC"/>
          <w:b/>
          <w:i w:val="0"/>
          <w:color w:val="000000"/>
        </w:rPr>
        <w:t xml:space="preserve">[01:49:08]  </w:t>
      </w:r>
      <w:r>
        <w:rPr>
          <w:rFonts w:ascii="Noto Sans CJK SC" w:hAnsi="Noto Sans CJK SC" w:eastAsia="Noto Sans CJK SC" w:cs="Noto Sans CJK SC"/>
          <w:b w:val="0"/>
          <w:i w:val="0"/>
          <w:color w:val="000000"/>
        </w:rPr>
        <w:t>那么我们杨老师呢他是我们的一线教师，同时呢也是我们的班主任，他白天已经连堂上了好几节课，晚上呢还不辞辛苦的给我们带来了一场精彩的讲座。我建议大家呢呃在扫完码之后啊，给把掌声送给我们的杨老师好不好啊？嗯，好好，谢谢杨啊好，那〔听辨不清〕深深的祝福我们彩田的。</w:t>
      </w:r>
    </w:p>
    <w:p>
      <w:pPr>
        <w:pStyle w:val="Transcript"/>
      </w:pPr>
      <w:r>
        <w:rPr>
          <w:rFonts w:ascii="Noto Sans CJK SC" w:hAnsi="Noto Sans CJK SC" w:eastAsia="Noto Sans CJK SC" w:cs="Noto Sans CJK SC"/>
          <w:b/>
          <w:i w:val="0"/>
          <w:color w:val="000000"/>
        </w:rPr>
        <w:t xml:space="preserve">[01:49:31]  </w:t>
      </w:r>
      <w:r>
        <w:rPr>
          <w:rFonts w:ascii="Noto Sans CJK SC" w:hAnsi="Noto Sans CJK SC" w:eastAsia="Noto Sans CJK SC" w:cs="Noto Sans CJK SC"/>
          <w:b w:val="0"/>
          <w:i w:val="0"/>
          <w:color w:val="000000"/>
        </w:rPr>
        <w:t>啊，学子的啊爸爸妈妈这么多优秀的爸爸妈妈啊，一直相伴到最后啊啊相信呢你们的孩子呢未来啊一定啊可以超越我们啊啊一代胜过一代，让我们的家庭啊。</w:t>
      </w:r>
    </w:p>
    <w:p>
      <w:pPr>
        <w:pStyle w:val="Transcript"/>
      </w:pPr>
      <w:r>
        <w:rPr>
          <w:rFonts w:ascii="Noto Sans CJK SC" w:hAnsi="Noto Sans CJK SC" w:eastAsia="Noto Sans CJK SC" w:cs="Noto Sans CJK SC"/>
          <w:b/>
          <w:i w:val="0"/>
          <w:color w:val="000000"/>
        </w:rPr>
        <w:t xml:space="preserve">[01:49:50]  </w:t>
      </w:r>
      <w:r>
        <w:rPr>
          <w:rFonts w:ascii="Noto Sans CJK SC" w:hAnsi="Noto Sans CJK SC" w:eastAsia="Noto Sans CJK SC" w:cs="Noto Sans CJK SC"/>
          <w:b w:val="0"/>
          <w:i w:val="0"/>
          <w:color w:val="000000"/>
        </w:rPr>
        <w:t>〔现场声音，未辨认出清晰连续话语〕</w:t>
      </w:r>
    </w:p>
    <w:p>
      <w:pPr>
        <w:pStyle w:val="Heading1"/>
      </w:pPr>
      <w:r>
        <w:rPr>
          <w:rFonts w:ascii="Noto Sans CJK SC" w:hAnsi="Noto Sans CJK SC" w:eastAsia="Noto Sans CJK SC" w:cs="Noto Sans CJK SC"/>
          <w:b/>
          <w:i w:val="0"/>
          <w:color w:val="000000"/>
        </w:rPr>
        <w:t>结束问答与离场</w:t>
      </w:r>
    </w:p>
    <w:p>
      <w:pPr>
        <w:pStyle w:val="Transcript"/>
      </w:pPr>
      <w:r>
        <w:rPr>
          <w:rFonts w:ascii="Noto Sans CJK SC" w:hAnsi="Noto Sans CJK SC" w:eastAsia="Noto Sans CJK SC" w:cs="Noto Sans CJK SC"/>
          <w:b/>
          <w:i w:val="0"/>
          <w:color w:val="000000"/>
        </w:rPr>
        <w:t xml:space="preserve">[01:49:59]  </w:t>
      </w:r>
      <w:r>
        <w:rPr>
          <w:rFonts w:ascii="Noto Sans CJK SC" w:hAnsi="Noto Sans CJK SC" w:eastAsia="Noto Sans CJK SC" w:cs="Noto Sans CJK SC"/>
          <w:b w:val="0"/>
          <w:i w:val="0"/>
          <w:color w:val="000000"/>
        </w:rPr>
        <w:t>有没有哪位家长朋友填完了之后，或者说有什么有什么疑问，或者说有什么分享的也可以啊，有吗？</w:t>
      </w:r>
    </w:p>
    <w:p>
      <w:pPr>
        <w:pStyle w:val="Transcript"/>
      </w:pPr>
      <w:r>
        <w:rPr>
          <w:rFonts w:ascii="Noto Sans CJK SC" w:hAnsi="Noto Sans CJK SC" w:eastAsia="Noto Sans CJK SC" w:cs="Noto Sans CJK SC"/>
          <w:b/>
          <w:i w:val="0"/>
          <w:color w:val="000000"/>
        </w:rPr>
        <w:t xml:space="preserve">[01:50:11]  </w:t>
      </w:r>
      <w:r>
        <w:rPr>
          <w:rFonts w:ascii="Noto Sans CJK SC" w:hAnsi="Noto Sans CJK SC" w:eastAsia="Noto Sans CJK SC" w:cs="Noto Sans CJK SC"/>
          <w:b w:val="0"/>
          <w:i w:val="0"/>
          <w:color w:val="000000"/>
        </w:rPr>
        <w:t>看来我们彩田的家长朋友做事都非常的专注啊，有没有有没有什么困惑或者疑问的啊。</w:t>
      </w:r>
    </w:p>
    <w:p>
      <w:pPr>
        <w:pStyle w:val="Transcript"/>
      </w:pPr>
      <w:r>
        <w:rPr>
          <w:rFonts w:ascii="Noto Sans CJK SC" w:hAnsi="Noto Sans CJK SC" w:eastAsia="Noto Sans CJK SC" w:cs="Noto Sans CJK SC"/>
          <w:b/>
          <w:i w:val="0"/>
          <w:color w:val="000000"/>
        </w:rPr>
        <w:t xml:space="preserve">[01:50:22]  </w:t>
      </w:r>
      <w:r>
        <w:rPr>
          <w:rFonts w:ascii="Noto Sans CJK SC" w:hAnsi="Noto Sans CJK SC" w:eastAsia="Noto Sans CJK SC" w:cs="Noto Sans CJK SC"/>
          <w:b w:val="0"/>
          <w:i w:val="0"/>
          <w:color w:val="000000"/>
        </w:rPr>
        <w:t>〔简短场控用语〕那你〔中间词语听辨不清〕想一想。</w:t>
      </w:r>
    </w:p>
    <w:p>
      <w:pPr>
        <w:pStyle w:val="Transcript"/>
      </w:pPr>
      <w:r>
        <w:rPr>
          <w:rFonts w:ascii="Noto Sans CJK SC" w:hAnsi="Noto Sans CJK SC" w:eastAsia="Noto Sans CJK SC" w:cs="Noto Sans CJK SC"/>
          <w:b/>
          <w:i w:val="0"/>
          <w:color w:val="000000"/>
        </w:rPr>
        <w:t xml:space="preserve">[01:50:25]  </w:t>
      </w:r>
      <w:r>
        <w:rPr>
          <w:rFonts w:ascii="Noto Sans CJK SC" w:hAnsi="Noto Sans CJK SC" w:eastAsia="Noto Sans CJK SC" w:cs="Noto Sans CJK SC"/>
          <w:b w:val="0"/>
          <w:i w:val="0"/>
          <w:color w:val="000000"/>
        </w:rPr>
        <w:t>啊，再想一下，我我很乐意陪伴大家啊，我很乐意跟大家在一起啊。</w:t>
      </w:r>
    </w:p>
    <w:p>
      <w:pPr>
        <w:pStyle w:val="Transcript"/>
      </w:pPr>
      <w:r>
        <w:rPr>
          <w:rFonts w:ascii="Noto Sans CJK SC" w:hAnsi="Noto Sans CJK SC" w:eastAsia="Noto Sans CJK SC" w:cs="Noto Sans CJK SC"/>
          <w:b/>
          <w:i w:val="0"/>
          <w:color w:val="000000"/>
        </w:rPr>
        <w:t xml:space="preserve">[01:50:33]  </w:t>
      </w:r>
      <w:r>
        <w:rPr>
          <w:rFonts w:ascii="Noto Sans CJK SC" w:hAnsi="Noto Sans CJK SC" w:eastAsia="Noto Sans CJK SC" w:cs="Noto Sans CJK SC"/>
          <w:b w:val="0"/>
          <w:i w:val="0"/>
          <w:color w:val="000000"/>
        </w:rPr>
        <w:t>哎，可以可以可以可以可以看到你们我就看到我我的昨天啊非常非常的欢喜喜悦。来杨老师你好，我是哎3班袁浩成〔姓名用字待核〕的家长。哎，你好，〔称呼听辨不清〕妈妈。然后刚刚有就是说到这么多作为家庭关系。那我想跟你请教一下，就是比如说像呃第一时间看到孩子。</w:t>
      </w:r>
    </w:p>
    <w:p>
      <w:pPr>
        <w:pStyle w:val="Transcript"/>
      </w:pPr>
      <w:r>
        <w:rPr>
          <w:rFonts w:ascii="Noto Sans CJK SC" w:hAnsi="Noto Sans CJK SC" w:eastAsia="Noto Sans CJK SC" w:cs="Noto Sans CJK SC"/>
          <w:b/>
          <w:i w:val="0"/>
          <w:color w:val="000000"/>
        </w:rPr>
        <w:t xml:space="preserve">[01:50:54]  </w:t>
      </w:r>
      <w:r>
        <w:rPr>
          <w:rFonts w:ascii="Noto Sans CJK SC" w:hAnsi="Noto Sans CJK SC" w:eastAsia="Noto Sans CJK SC" w:cs="Noto Sans CJK SC"/>
          <w:b w:val="0"/>
          <w:i w:val="0"/>
          <w:color w:val="000000"/>
        </w:rPr>
        <w:t>就是模仿您的签名。那然后家长怎么去控制自己情绪的这一块哦，有较好的建议，这是一个很好的问题哈。因为孩子这个我想给大家分享，就是我们一旦有负面情绪启动的时候。</w:t>
      </w:r>
    </w:p>
    <w:p>
      <w:pPr>
        <w:pStyle w:val="Transcript"/>
      </w:pPr>
      <w:r>
        <w:rPr>
          <w:rFonts w:ascii="Noto Sans CJK SC" w:hAnsi="Noto Sans CJK SC" w:eastAsia="Noto Sans CJK SC" w:cs="Noto Sans CJK SC"/>
          <w:b/>
          <w:i w:val="0"/>
          <w:color w:val="000000"/>
        </w:rPr>
        <w:t xml:space="preserve">[01:51:11]  </w:t>
      </w:r>
      <w:r>
        <w:rPr>
          <w:rFonts w:ascii="Noto Sans CJK SC" w:hAnsi="Noto Sans CJK SC" w:eastAsia="Noto Sans CJK SC" w:cs="Noto Sans CJK SC"/>
          <w:b w:val="0"/>
          <w:i w:val="0"/>
          <w:color w:val="000000"/>
        </w:rPr>
        <w:t>你这个时候就要有这份觉察，就是在你的大脑里面拉起了警报声。这个时候我跟刚才跟你说，我的孩子签了名之后呢，我拿着这张单的话呢，要是过去的话，我可能很愤怒的出去找他，可能会揍他啊。因为我我们都是被父母揍大的一代啊，我们不想把这种不好的感受再传递给孩子。</w:t>
      </w:r>
    </w:p>
    <w:p>
      <w:pPr>
        <w:pStyle w:val="Transcript"/>
      </w:pPr>
      <w:r>
        <w:rPr>
          <w:rFonts w:ascii="Noto Sans CJK SC" w:hAnsi="Noto Sans CJK SC" w:eastAsia="Noto Sans CJK SC" w:cs="Noto Sans CJK SC"/>
          <w:b/>
          <w:i w:val="0"/>
          <w:color w:val="000000"/>
        </w:rPr>
        <w:t xml:space="preserve">[01:51:36]  </w:t>
      </w:r>
      <w:r>
        <w:rPr>
          <w:rFonts w:ascii="Noto Sans CJK SC" w:hAnsi="Noto Sans CJK SC" w:eastAsia="Noto Sans CJK SC" w:cs="Noto Sans CJK SC"/>
          <w:b w:val="0"/>
          <w:i w:val="0"/>
          <w:color w:val="000000"/>
        </w:rPr>
        <w:t>啊，那我就在拿着这张签名，我就在我们学校走了三圈，走了三圈。因为给你发起警报的时候，你要想到孩子这个行为并不是当下的场景，而是什么？而是他启动了你记忆的闸门。你小时候碰到这种事情的时候，你的爸爸妈妈会怎么对你。</w:t>
      </w:r>
    </w:p>
    <w:p>
      <w:pPr>
        <w:pStyle w:val="Transcript"/>
      </w:pPr>
      <w:r>
        <w:rPr>
          <w:rFonts w:ascii="Noto Sans CJK SC" w:hAnsi="Noto Sans CJK SC" w:eastAsia="Noto Sans CJK SC" w:cs="Noto Sans CJK SC"/>
          <w:b/>
          <w:i w:val="0"/>
          <w:color w:val="000000"/>
        </w:rPr>
        <w:t xml:space="preserve">[01:51:58]  </w:t>
      </w:r>
      <w:r>
        <w:rPr>
          <w:rFonts w:ascii="Noto Sans CJK SC" w:hAnsi="Noto Sans CJK SC" w:eastAsia="Noto Sans CJK SC" w:cs="Noto Sans CJK SC"/>
          <w:b w:val="0"/>
          <w:i w:val="0"/>
          <w:color w:val="000000"/>
        </w:rPr>
        <w:t>可是我们今天在这样一个时代，我们在深圳，我觉得我来深圳最大的收获就是我开始启动的家庭建设啊，并且呢收获非常的丰厚啊，带给我这种最深刻的满足感啊，所以我说来深圳来对了啊，因为我们人和人的这个深圳跟内地之间有差异。</w:t>
      </w:r>
    </w:p>
    <w:p>
      <w:pPr>
        <w:pStyle w:val="Transcript"/>
      </w:pPr>
      <w:r>
        <w:rPr>
          <w:rFonts w:ascii="Noto Sans CJK SC" w:hAnsi="Noto Sans CJK SC" w:eastAsia="Noto Sans CJK SC" w:cs="Noto Sans CJK SC"/>
          <w:b/>
          <w:i w:val="0"/>
          <w:color w:val="000000"/>
        </w:rPr>
        <w:t xml:space="preserve">[01:52:24]  </w:t>
      </w:r>
      <w:r>
        <w:rPr>
          <w:rFonts w:ascii="Noto Sans CJK SC" w:hAnsi="Noto Sans CJK SC" w:eastAsia="Noto Sans CJK SC" w:cs="Noto Sans CJK SC"/>
          <w:b w:val="0"/>
          <w:i w:val="0"/>
          <w:color w:val="000000"/>
        </w:rPr>
        <w:t>这个差异不只是经济的，还有什么认知的啊认知的啊这位爸爸这位爸爸你想起来了吗？那刚才说他想起啊，对我觉得该是算这个分享一下我们自己的一个经历吧。好的，您好的，我愿意倾听。〔疑为刚刚〕老师说了，就是我原生家庭里头像父母那一辈，对我们是那样子。</w:t>
      </w:r>
    </w:p>
    <w:p>
      <w:pPr>
        <w:pStyle w:val="Transcript"/>
      </w:pPr>
      <w:r>
        <w:rPr>
          <w:rFonts w:ascii="Noto Sans CJK SC" w:hAnsi="Noto Sans CJK SC" w:eastAsia="Noto Sans CJK SC" w:cs="Noto Sans CJK SC"/>
          <w:b/>
          <w:i w:val="0"/>
          <w:color w:val="000000"/>
        </w:rPr>
        <w:t xml:space="preserve">[01:52:47]  </w:t>
      </w:r>
      <w:r>
        <w:rPr>
          <w:rFonts w:ascii="Noto Sans CJK SC" w:hAnsi="Noto Sans CJK SC" w:eastAsia="Noto Sans CJK SC" w:cs="Noto Sans CJK SC"/>
          <w:b w:val="0"/>
          <w:i w:val="0"/>
          <w:color w:val="000000"/>
        </w:rPr>
        <w:t>对但之前我跟我妈妈也〔听辨不清〕沟通呢，其实在他沟通之前因因为那个。</w:t>
      </w:r>
    </w:p>
    <w:p>
      <w:pPr>
        <w:pStyle w:val="Transcript"/>
      </w:pPr>
      <w:r>
        <w:rPr>
          <w:rFonts w:ascii="Noto Sans CJK SC" w:hAnsi="Noto Sans CJK SC" w:eastAsia="Noto Sans CJK SC" w:cs="Noto Sans CJK SC"/>
          <w:b/>
          <w:i w:val="0"/>
          <w:color w:val="000000"/>
        </w:rPr>
        <w:t xml:space="preserve">[01:52:53]  </w:t>
      </w:r>
      <w:r>
        <w:rPr>
          <w:rFonts w:ascii="Noto Sans CJK SC" w:hAnsi="Noto Sans CJK SC" w:eastAsia="Noto Sans CJK SC" w:cs="Noto Sans CJK SC"/>
          <w:b w:val="0"/>
          <w:i w:val="0"/>
          <w:color w:val="000000"/>
        </w:rPr>
        <w:t>孩子妈妈他是经常看那些育儿的书的，看了很多很多很好很好很多的育儿的观念可能我从他那里来，然后再沟通共情这些从底层的基础对我就受益蛮多。就是说孩子的妈妈后来我跟我妈沟通，我是能看见我妈哦，妈妈对我反过来我看见我妈。对对对，我看见我妈我才能让他理解跟共情。我们我们的沟通可以更顺畅。</w:t>
      </w:r>
    </w:p>
    <w:p>
      <w:pPr>
        <w:pStyle w:val="Transcript"/>
      </w:pPr>
      <w:r>
        <w:rPr>
          <w:rFonts w:ascii="Noto Sans CJK SC" w:hAnsi="Noto Sans CJK SC" w:eastAsia="Noto Sans CJK SC" w:cs="Noto Sans CJK SC"/>
          <w:b/>
          <w:i w:val="0"/>
          <w:color w:val="000000"/>
        </w:rPr>
        <w:t xml:space="preserve">[01:53:17]  </w:t>
      </w:r>
      <w:r>
        <w:rPr>
          <w:rFonts w:ascii="Noto Sans CJK SC" w:hAnsi="Noto Sans CJK SC" w:eastAsia="Noto Sans CJK SC" w:cs="Noto Sans CJK SC"/>
          <w:b w:val="0"/>
          <w:i w:val="0"/>
          <w:color w:val="000000"/>
        </w:rPr>
        <w:t>我们可以理解他为什么以前小时候我他是那么对我，其实是因为他爸妈那么对他。对对对对他身边的那些兄弟姐妹那么对他，他是家里面最小的那一个。</w:t>
      </w:r>
    </w:p>
    <w:p>
      <w:pPr>
        <w:pStyle w:val="Transcript"/>
      </w:pPr>
      <w:r>
        <w:rPr>
          <w:rFonts w:ascii="Noto Sans CJK SC" w:hAnsi="Noto Sans CJK SC" w:eastAsia="Noto Sans CJK SC" w:cs="Noto Sans CJK SC"/>
          <w:b/>
          <w:i w:val="0"/>
          <w:color w:val="000000"/>
        </w:rPr>
        <w:t xml:space="preserve">[01:53:27]  </w:t>
      </w:r>
      <w:r>
        <w:rPr>
          <w:rFonts w:ascii="Noto Sans CJK SC" w:hAnsi="Noto Sans CJK SC" w:eastAsia="Noto Sans CJK SC" w:cs="Noto Sans CJK SC"/>
          <w:b w:val="0"/>
          <w:i w:val="0"/>
          <w:color w:val="000000"/>
        </w:rPr>
        <w:t>啊，对，然后真其实在这种说沟通里头，我觉得看见我爸妈看见孩子。我觉得这种就是像您说的就是孩子是我们第二个老师，我们又能看见见自己。看见更多人。对对真好。我们把掌声给这位爸爸哈，你看他真的一直在行走在实践的路上啊，他跟这个妈妈之间的沟通。其实我现在通过学习呢。</w:t>
      </w:r>
    </w:p>
    <w:p>
      <w:pPr>
        <w:pStyle w:val="Transcript"/>
      </w:pPr>
      <w:r>
        <w:rPr>
          <w:rFonts w:ascii="Noto Sans CJK SC" w:hAnsi="Noto Sans CJK SC" w:eastAsia="Noto Sans CJK SC" w:cs="Noto Sans CJK SC"/>
          <w:b/>
          <w:i w:val="0"/>
          <w:color w:val="000000"/>
        </w:rPr>
        <w:t xml:space="preserve">[01:53:50]  </w:t>
      </w:r>
      <w:r>
        <w:rPr>
          <w:rFonts w:ascii="Noto Sans CJK SC" w:hAnsi="Noto Sans CJK SC" w:eastAsia="Noto Sans CJK SC" w:cs="Noto Sans CJK SC"/>
          <w:b w:val="0"/>
          <w:i w:val="0"/>
          <w:color w:val="000000"/>
        </w:rPr>
        <w:t>我也觉得我们的父母呢，他有那么多的局限啊，我的父母，我爸爸他在我童年的时候，他为什么打？</w:t>
      </w:r>
    </w:p>
    <w:p>
      <w:pPr>
        <w:pStyle w:val="Transcript"/>
      </w:pPr>
      <w:r>
        <w:rPr>
          <w:rFonts w:ascii="Noto Sans CJK SC" w:hAnsi="Noto Sans CJK SC" w:eastAsia="Noto Sans CJK SC" w:cs="Noto Sans CJK SC"/>
          <w:b/>
          <w:i w:val="0"/>
          <w:color w:val="000000"/>
        </w:rPr>
        <w:t xml:space="preserve">[01:53:59]  </w:t>
      </w:r>
      <w:r>
        <w:rPr>
          <w:rFonts w:ascii="Noto Sans CJK SC" w:hAnsi="Noto Sans CJK SC" w:eastAsia="Noto Sans CJK SC" w:cs="Noto Sans CJK SC"/>
          <w:b w:val="0"/>
          <w:i w:val="0"/>
          <w:color w:val="000000"/>
        </w:rPr>
        <w:t>啊，因为他如果在世的话，他快90了啊，因为当时在那样的时代呢，他是充满了什么恐惧，对吧？害怕啊，所以这些情绪的话呢找不到出口。所以我们通过学习呢，我们更多的学会干什么呢？不是去解决问题，而是去干嘛理解和放下。</w:t>
      </w:r>
    </w:p>
    <w:p>
      <w:pPr>
        <w:pStyle w:val="Transcript"/>
      </w:pPr>
      <w:r>
        <w:rPr>
          <w:rFonts w:ascii="Noto Sans CJK SC" w:hAnsi="Noto Sans CJK SC" w:eastAsia="Noto Sans CJK SC" w:cs="Noto Sans CJK SC"/>
          <w:b/>
          <w:i w:val="0"/>
          <w:color w:val="000000"/>
        </w:rPr>
        <w:t xml:space="preserve">[01:54:21]  </w:t>
      </w:r>
      <w:r>
        <w:rPr>
          <w:rFonts w:ascii="Noto Sans CJK SC" w:hAnsi="Noto Sans CJK SC" w:eastAsia="Noto Sans CJK SC" w:cs="Noto Sans CJK SC"/>
          <w:b w:val="0"/>
          <w:i w:val="0"/>
          <w:color w:val="000000"/>
        </w:rPr>
        <w:t>对不对？理解同样让我们重新出发啊。好，各位家人朋友非常感谢大家啊，今天晚上的相伴啊啊我相信呢还有机会我们见面的啊。好的，那就做完了就先回去吧啊，再会啊，好，谢谢大家。</w:t>
      </w:r>
    </w:p>
    <w:p>
      <w:pPr>
        <w:pStyle w:val="Transcript"/>
      </w:pPr>
      <w:r>
        <w:rPr>
          <w:rFonts w:ascii="Noto Sans CJK SC" w:hAnsi="Noto Sans CJK SC" w:eastAsia="Noto Sans CJK SC" w:cs="Noto Sans CJK SC"/>
          <w:b/>
          <w:i w:val="0"/>
          <w:color w:val="000000"/>
        </w:rPr>
        <w:t xml:space="preserve">[01:54:38]  </w:t>
      </w:r>
      <w:r>
        <w:rPr>
          <w:rFonts w:ascii="Noto Sans CJK SC" w:hAnsi="Noto Sans CJK SC" w:eastAsia="Noto Sans CJK SC" w:cs="Noto Sans CJK SC"/>
          <w:b w:val="0"/>
          <w:i w:val="0"/>
          <w:color w:val="000000"/>
        </w:rPr>
        <w:t>那大家还是从南门那边出啊好。</w:t>
      </w:r>
    </w:p>
    <w:sectPr w:rsidR="00FC693F" w:rsidRPr="0006063C" w:rsidSect="00034616">
      <w:footerReference w:type="default" r:id="rId9"/>
      <w:pgSz w:w="12240" w:h="15840"/>
      <w:pgMar w:top="1152" w:right="1152" w:bottom="1152" w:left="1152" w:header="461" w:footer="49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Noto Sans CJK SC"/>
        <w:b w:val="0"/>
        <w:i w:val="0"/>
        <w:color w:val="000000"/>
        <w:sz w:val="18"/>
      </w:rPr>
      <w:t xml:space="preserve">第 </w:t>
    </w:r>
    <w:r>
      <w:rPr>
        <w:rFonts w:ascii="Noto Sans CJK SC" w:hAnsi="Noto Sans CJK SC" w:eastAsia="Noto Sans CJK SC" w:cs="Noto Sans CJK SC"/>
        <w:i w:val="0"/>
        <w:color w:val="000000"/>
        <w:sz w:val="18"/>
      </w:rPr>
      <w:fldChar w:fldCharType="begin"/>
      <w:instrText xml:space="preserve"> PAGE </w:instrText>
      <w:fldChar w:fldCharType="separate"/>
      <w:t>1</w:t>
      <w:fldChar w:fldCharType="end"/>
    </w:r>
    <w:r>
      <w:rPr>
        <w:rFonts w:ascii="Noto Sans CJK SC" w:hAnsi="Noto Sans CJK SC" w:eastAsia="Noto Sans CJK SC" w:cs="Noto Sans CJK SC"/>
        <w:b w:val="0"/>
        <w:i w:val="0"/>
        <w:color w:val="000000"/>
        <w:sz w:val="18"/>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val="0"/>
      <w:widowControl/>
      <w:spacing w:before="0" w:after="120" w:line="360" w:lineRule="exact"/>
    </w:pPr>
    <w:rPr>
      <w:rFonts w:ascii="Noto Sans CJK SC" w:hAnsi="Noto Sans CJK SC" w:eastAsia="Noto Sans CJK SC" w:cs="Noto Sans CJK SC"/>
      <w:b w:val="0"/>
      <w:i w:val="0"/>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val="0"/>
      <w:widowControl/>
      <w:spacing w:before="300" w:after="140" w:line="420" w:lineRule="exact"/>
      <w:outlineLvl w:val="0"/>
    </w:pPr>
    <w:rPr>
      <w:rFonts w:ascii="Noto Sans CJK SC" w:hAnsi="Noto Sans CJK SC" w:eastAsia="Noto Sans CJK SC" w:cs="Noto Sans CJK SC"/>
      <w:b/>
      <w:bCs/>
      <w:i w:val="0"/>
      <w:color w:val="000000"/>
      <w:sz w:val="30"/>
      <w:szCs w:val="28"/>
    </w:rPr>
  </w:style>
  <w:style w:type="paragraph" w:styleId="Heading2">
    <w:name w:val="heading 2"/>
    <w:basedOn w:val="Normal"/>
    <w:next w:val="Normal"/>
    <w:link w:val="Heading2Char"/>
    <w:uiPriority w:val="9"/>
    <w:unhideWhenUsed/>
    <w:qFormat/>
    <w:rsid w:val="00FC693F"/>
    <w:pPr>
      <w:keepNext/>
      <w:keepLines w:val="0"/>
      <w:widowControl/>
      <w:spacing w:before="220" w:after="100" w:line="360" w:lineRule="exact"/>
      <w:outlineLvl w:val="1"/>
    </w:pPr>
    <w:rPr>
      <w:rFonts w:ascii="Noto Sans CJK SC" w:hAnsi="Noto Sans CJK SC" w:eastAsia="Noto Sans CJK SC" w:cs="Noto Sans CJK SC"/>
      <w:b/>
      <w:bCs/>
      <w:i w:val="0"/>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Lines w:val="0"/>
      <w:widowControl/>
      <w:spacing w:after="180" w:line="540" w:lineRule="exact" w:before="0"/>
      <w:contextualSpacing/>
    </w:pPr>
    <w:rPr>
      <w:rFonts w:ascii="Noto Sans CJK SC" w:hAnsi="Noto Sans CJK SC" w:eastAsia="Noto Sans CJK SC" w:cs="Noto Sans CJK SC"/>
      <w:b/>
      <w:i w:val="0"/>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Lines w:val="0"/>
      <w:widowControl/>
      <w:numPr>
        <w:ilvl w:val="1"/>
      </w:numPr>
      <w:spacing w:before="0" w:after="240" w:line="360" w:lineRule="exact"/>
    </w:pPr>
    <w:rPr>
      <w:rFonts w:ascii="Noto Sans CJK SC" w:hAnsi="Noto Sans CJK SC" w:eastAsia="Noto Sans CJK SC" w:cs="Noto Sans CJK SC"/>
      <w:b w:val="0"/>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keepLines w:val="0"/>
      <w:widowControl/>
      <w:numPr>
        <w:numId w:val="1"/>
      </w:numPr>
      <w:spacing w:before="0" w:after="100" w:line="3700" w:lineRule="exact"/>
      <w:contextualSpacing/>
    </w:pPr>
    <w:rPr>
      <w:rFonts w:ascii="Noto Sans CJK SC" w:hAnsi="Noto Sans CJK SC" w:eastAsia="Noto Sans CJK SC" w:cs="Noto Sans CJK SC"/>
      <w:b w:val="0"/>
      <w:i w:val="0"/>
      <w:color w:val="000000"/>
      <w:sz w:val="23"/>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keepLines w:val="0"/>
      <w:widowControl/>
      <w:numPr>
        <w:numId w:val="5"/>
      </w:numPr>
      <w:spacing w:before="0" w:after="100" w:line="3700" w:lineRule="exact"/>
      <w:contextualSpacing/>
    </w:pPr>
    <w:rPr>
      <w:rFonts w:ascii="Noto Sans CJK SC" w:hAnsi="Noto Sans CJK SC" w:eastAsia="Noto Sans CJK SC" w:cs="Noto Sans CJK SC"/>
      <w:b w:val="0"/>
      <w:i w:val="0"/>
      <w:color w:val="000000"/>
      <w:sz w:val="23"/>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tadata">
    <w:name w:val="Metadata"/>
    <w:basedOn w:val="Normal"/>
    <w:pPr>
      <w:keepLines w:val="0"/>
      <w:widowControl/>
      <w:spacing w:before="0" w:after="60" w:line="280" w:lineRule="exact"/>
    </w:pPr>
    <w:rPr>
      <w:rFonts w:ascii="Noto Sans CJK SC" w:hAnsi="Noto Sans CJK SC" w:eastAsia="Noto Sans CJK SC" w:cs="Noto Sans CJK SC"/>
      <w:b w:val="0"/>
      <w:i w:val="0"/>
      <w:color w:val="000000"/>
      <w:sz w:val="20"/>
    </w:rPr>
  </w:style>
  <w:style w:type="paragraph" w:customStyle="1" w:styleId="Transcript">
    <w:name w:val="Transcript"/>
    <w:basedOn w:val="Normal"/>
    <w:pPr>
      <w:keepNext w:val="0"/>
      <w:keepLines w:val="0"/>
      <w:widowControl/>
      <w:spacing w:before="0" w:after="100" w:line="360" w:lineRule="exact"/>
    </w:pPr>
    <w:rPr>
      <w:rFonts w:ascii="Noto Sans CJK SC" w:hAnsi="Noto Sans CJK SC" w:eastAsia="Noto Sans CJK SC" w:cs="Noto Sans CJK SC"/>
      <w:b w:val="0"/>
      <w:i w:val="0"/>
      <w:color w:val="000000"/>
      <w:sz w:val="23"/>
    </w:rPr>
  </w:style>
  <w:style w:type="paragraph" w:customStyle="1" w:styleId="TableBody">
    <w:name w:val="Table Body"/>
    <w:basedOn w:val="Normal"/>
    <w:pPr>
      <w:keepLines w:val="0"/>
      <w:widowControl/>
      <w:spacing w:before="0" w:after="60" w:line="300" w:lineRule="exact"/>
    </w:pPr>
    <w:rPr>
      <w:rFonts w:ascii="Noto Sans CJK SC" w:hAnsi="Noto Sans CJK SC" w:eastAsia="Noto Sans CJK SC" w:cs="Noto Sans CJK SC"/>
      <w:b w:val="0"/>
      <w:i w:val="0"/>
      <w:color w:val="000000"/>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春晖家长学校录音逐字稿</dc:title>
  <dc:subject>春晖家长学校讲座录音整理</dc:subject>
  <dc:creator/>
  <cp:keywords/>
  <dc:description/>
  <cp:lastModifiedBy/>
  <cp:revision>1</cp:revision>
  <dcterms:created xsi:type="dcterms:W3CDTF">2013-12-23T23:15:00Z</dcterms:created>
  <dcterms:modified xsi:type="dcterms:W3CDTF">2013-12-23T23:15:00Z</dcterms:modified>
  <cp:category/>
</cp:coreProperties>
</file>